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C7037" w14:textId="77777777" w:rsidR="00D40C2D" w:rsidRPr="00133DD4" w:rsidRDefault="00D40C2D" w:rsidP="00D40C2D">
      <w:pPr>
        <w:spacing w:before="120" w:after="120" w:line="240" w:lineRule="auto"/>
        <w:jc w:val="center"/>
        <w:rPr>
          <w:sz w:val="20"/>
          <w:szCs w:val="20"/>
          <w:lang w:val="tr-TR"/>
        </w:rPr>
      </w:pPr>
      <w:r w:rsidRPr="00133DD4">
        <w:rPr>
          <w:b/>
          <w:bCs/>
          <w:sz w:val="20"/>
          <w:szCs w:val="20"/>
          <w:lang w:val="tr-TR"/>
        </w:rPr>
        <w:t xml:space="preserve">KAPADOKYA ÜNİVERSİTESİ </w:t>
      </w:r>
    </w:p>
    <w:p w14:paraId="6389CF76" w14:textId="77777777" w:rsidR="00D40C2D" w:rsidRPr="00133DD4" w:rsidRDefault="00D40C2D" w:rsidP="00D40C2D">
      <w:pPr>
        <w:spacing w:before="120" w:line="240" w:lineRule="auto"/>
        <w:ind w:firstLine="709"/>
        <w:jc w:val="both"/>
        <w:rPr>
          <w:sz w:val="20"/>
          <w:szCs w:val="20"/>
          <w:lang w:val="tr-TR"/>
        </w:rPr>
      </w:pPr>
      <w:r w:rsidRPr="00133DD4">
        <w:rPr>
          <w:sz w:val="20"/>
          <w:szCs w:val="20"/>
          <w:lang w:val="tr-TR"/>
        </w:rPr>
        <w:t xml:space="preserve">Bu form, üniversitemiz bünyesinde yeni bir </w:t>
      </w:r>
      <w:r w:rsidRPr="00133DD4">
        <w:rPr>
          <w:b/>
          <w:bCs/>
          <w:sz w:val="20"/>
          <w:szCs w:val="20"/>
          <w:lang w:val="tr-TR"/>
        </w:rPr>
        <w:t>Mikro Yeterlilik Eğitimi</w:t>
      </w:r>
      <w:r w:rsidRPr="00133DD4">
        <w:rPr>
          <w:sz w:val="20"/>
          <w:szCs w:val="20"/>
          <w:lang w:val="tr-TR"/>
        </w:rPr>
        <w:t xml:space="preserve"> açmak isteyen eğiticiler tarafından, Mikro Yeterlilik Koordinatörlüğüne sunulmak üzere doldurulmalıdır. Formda talep edilen bilgiler, mevzuatın öngördüğü asgari kalite standartları ve </w:t>
      </w:r>
      <w:r w:rsidRPr="00133DD4">
        <w:rPr>
          <w:b/>
          <w:bCs/>
          <w:sz w:val="20"/>
          <w:szCs w:val="20"/>
          <w:lang w:val="tr-TR"/>
        </w:rPr>
        <w:t>Türkiye Yeterlilikler Çerçevesi (TYÇ)</w:t>
      </w:r>
      <w:r w:rsidRPr="00133DD4">
        <w:rPr>
          <w:sz w:val="20"/>
          <w:szCs w:val="20"/>
          <w:lang w:val="tr-TR"/>
        </w:rPr>
        <w:t xml:space="preserve"> uyum süreçleri göz önünde bulundurularak eksiksiz doldurulmalıdır.</w:t>
      </w:r>
    </w:p>
    <w:p w14:paraId="38E8C7C5" w14:textId="77777777" w:rsidR="00D40C2D" w:rsidRPr="00133DD4" w:rsidRDefault="00D40C2D" w:rsidP="00D40C2D">
      <w:pPr>
        <w:spacing w:before="120" w:line="240" w:lineRule="auto"/>
        <w:ind w:firstLine="709"/>
        <w:jc w:val="both"/>
        <w:rPr>
          <w:sz w:val="20"/>
          <w:szCs w:val="20"/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20"/>
        <w:gridCol w:w="2604"/>
        <w:gridCol w:w="4605"/>
      </w:tblGrid>
      <w:tr w:rsidR="00D40C2D" w:rsidRPr="00133DD4" w14:paraId="46782762" w14:textId="77777777" w:rsidTr="00C83DF7">
        <w:trPr>
          <w:jc w:val="center"/>
        </w:trPr>
        <w:tc>
          <w:tcPr>
            <w:tcW w:w="10129" w:type="dxa"/>
            <w:gridSpan w:val="3"/>
            <w:shd w:val="clear" w:color="auto" w:fill="D9E2F3"/>
            <w:vAlign w:val="center"/>
          </w:tcPr>
          <w:p w14:paraId="5544AB9A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b/>
                <w:sz w:val="20"/>
                <w:szCs w:val="20"/>
                <w:lang w:val="tr-TR"/>
              </w:rPr>
              <w:t>Eğitimin Bilgileri</w:t>
            </w:r>
          </w:p>
        </w:tc>
      </w:tr>
      <w:tr w:rsidR="00D40C2D" w:rsidRPr="00133DD4" w14:paraId="7C2645C9" w14:textId="77777777" w:rsidTr="00C83DF7">
        <w:trPr>
          <w:jc w:val="center"/>
        </w:trPr>
        <w:tc>
          <w:tcPr>
            <w:tcW w:w="2920" w:type="dxa"/>
            <w:vAlign w:val="center"/>
          </w:tcPr>
          <w:p w14:paraId="0A8BBEC9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 xml:space="preserve">Başvurunun Sayısı </w:t>
            </w:r>
          </w:p>
          <w:p w14:paraId="2E22D2E1" w14:textId="77777777" w:rsidR="00D40C2D" w:rsidRPr="00133DD4" w:rsidRDefault="00D40C2D" w:rsidP="00C83DF7">
            <w:pPr>
              <w:rPr>
                <w:i/>
                <w:sz w:val="16"/>
                <w:szCs w:val="16"/>
                <w:lang w:val="tr-TR"/>
              </w:rPr>
            </w:pPr>
            <w:r w:rsidRPr="00133DD4">
              <w:rPr>
                <w:i/>
                <w:sz w:val="16"/>
                <w:szCs w:val="16"/>
                <w:lang w:val="tr-TR"/>
              </w:rPr>
              <w:t>(Koordinatörlük tarafından doldurulacaktır)</w:t>
            </w:r>
          </w:p>
        </w:tc>
        <w:tc>
          <w:tcPr>
            <w:tcW w:w="7209" w:type="dxa"/>
            <w:gridSpan w:val="2"/>
            <w:vAlign w:val="center"/>
          </w:tcPr>
          <w:p w14:paraId="0900BB83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59FAEC77" w14:textId="77777777" w:rsidTr="00C83DF7">
        <w:trPr>
          <w:trHeight w:val="300"/>
          <w:jc w:val="center"/>
        </w:trPr>
        <w:tc>
          <w:tcPr>
            <w:tcW w:w="2689" w:type="dxa"/>
            <w:vAlign w:val="center"/>
          </w:tcPr>
          <w:p w14:paraId="63502EDF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Başvuru Sahibi (Unvan, Adı, Soyadı)</w:t>
            </w:r>
          </w:p>
        </w:tc>
        <w:tc>
          <w:tcPr>
            <w:tcW w:w="6373" w:type="dxa"/>
            <w:gridSpan w:val="2"/>
            <w:vAlign w:val="center"/>
          </w:tcPr>
          <w:p w14:paraId="16230EC9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613098D3" w14:textId="77777777" w:rsidTr="00C83DF7">
        <w:trPr>
          <w:jc w:val="center"/>
        </w:trPr>
        <w:tc>
          <w:tcPr>
            <w:tcW w:w="2920" w:type="dxa"/>
            <w:vAlign w:val="center"/>
          </w:tcPr>
          <w:p w14:paraId="0A4E7AF5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Fakülte / Enstitü / Yüksekokul ya da İşyeri/ Kurum</w:t>
            </w:r>
          </w:p>
        </w:tc>
        <w:tc>
          <w:tcPr>
            <w:tcW w:w="7209" w:type="dxa"/>
            <w:gridSpan w:val="2"/>
            <w:vAlign w:val="center"/>
          </w:tcPr>
          <w:p w14:paraId="7FCFC7CA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39C81EBA" w14:textId="77777777" w:rsidTr="00C83DF7">
        <w:trPr>
          <w:jc w:val="center"/>
        </w:trPr>
        <w:tc>
          <w:tcPr>
            <w:tcW w:w="2920" w:type="dxa"/>
            <w:vAlign w:val="center"/>
          </w:tcPr>
          <w:p w14:paraId="2063CE04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Bölüm / Program / Anabilim Dalı</w:t>
            </w:r>
          </w:p>
        </w:tc>
        <w:tc>
          <w:tcPr>
            <w:tcW w:w="7209" w:type="dxa"/>
            <w:gridSpan w:val="2"/>
            <w:vAlign w:val="center"/>
          </w:tcPr>
          <w:p w14:paraId="2FE3307E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7049DACA" w14:textId="77777777" w:rsidTr="00C83DF7">
        <w:trPr>
          <w:jc w:val="center"/>
        </w:trPr>
        <w:tc>
          <w:tcPr>
            <w:tcW w:w="2920" w:type="dxa"/>
            <w:vAlign w:val="center"/>
          </w:tcPr>
          <w:p w14:paraId="4D4F8DF3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E-Posta ve Telefon</w:t>
            </w:r>
          </w:p>
        </w:tc>
        <w:tc>
          <w:tcPr>
            <w:tcW w:w="7209" w:type="dxa"/>
            <w:gridSpan w:val="2"/>
            <w:vAlign w:val="center"/>
          </w:tcPr>
          <w:p w14:paraId="00058EF4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08828817" w14:textId="77777777" w:rsidTr="00C83DF7">
        <w:trPr>
          <w:jc w:val="center"/>
        </w:trPr>
        <w:tc>
          <w:tcPr>
            <w:tcW w:w="2920" w:type="dxa"/>
            <w:vAlign w:val="center"/>
          </w:tcPr>
          <w:p w14:paraId="5C5B6168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Eğitimin Adı</w:t>
            </w:r>
          </w:p>
        </w:tc>
        <w:tc>
          <w:tcPr>
            <w:tcW w:w="7209" w:type="dxa"/>
            <w:gridSpan w:val="2"/>
            <w:vAlign w:val="center"/>
          </w:tcPr>
          <w:p w14:paraId="38B4BB4F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7BCE19D4" w14:textId="77777777" w:rsidTr="00C83DF7">
        <w:trPr>
          <w:jc w:val="center"/>
        </w:trPr>
        <w:tc>
          <w:tcPr>
            <w:tcW w:w="2920" w:type="dxa"/>
            <w:vAlign w:val="center"/>
          </w:tcPr>
          <w:p w14:paraId="12AB8B49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Mikro yeterlilik türü</w:t>
            </w:r>
          </w:p>
        </w:tc>
        <w:tc>
          <w:tcPr>
            <w:tcW w:w="7209" w:type="dxa"/>
            <w:gridSpan w:val="2"/>
            <w:vAlign w:val="center"/>
          </w:tcPr>
          <w:p w14:paraId="5A0B3A72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Tek ders/modül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Birden fazla ders/modül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Biriktirilebilir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Ortak program</w:t>
            </w:r>
          </w:p>
        </w:tc>
      </w:tr>
      <w:tr w:rsidR="00D40C2D" w:rsidRPr="00133DD4" w14:paraId="008D8C1F" w14:textId="77777777" w:rsidTr="00C83DF7">
        <w:trPr>
          <w:jc w:val="center"/>
        </w:trPr>
        <w:tc>
          <w:tcPr>
            <w:tcW w:w="2920" w:type="dxa"/>
            <w:vAlign w:val="center"/>
          </w:tcPr>
          <w:p w14:paraId="2CC1C1DE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Öğretim şekli / Dili</w:t>
            </w:r>
          </w:p>
        </w:tc>
        <w:tc>
          <w:tcPr>
            <w:tcW w:w="7209" w:type="dxa"/>
            <w:gridSpan w:val="2"/>
            <w:vAlign w:val="center"/>
          </w:tcPr>
          <w:p w14:paraId="20373233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Yüz yüze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Çevrim içi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Karma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Uygulamalı     Dil: __________________</w:t>
            </w:r>
          </w:p>
        </w:tc>
      </w:tr>
      <w:tr w:rsidR="00D40C2D" w:rsidRPr="00133DD4" w14:paraId="5692E475" w14:textId="77777777" w:rsidTr="00C83DF7">
        <w:trPr>
          <w:jc w:val="center"/>
        </w:trPr>
        <w:tc>
          <w:tcPr>
            <w:tcW w:w="2920" w:type="dxa"/>
            <w:vAlign w:val="center"/>
          </w:tcPr>
          <w:p w14:paraId="51454093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TYÇ düzeyi / AKTS/ /Öğrenenin toplam iş yükü</w:t>
            </w:r>
          </w:p>
        </w:tc>
        <w:tc>
          <w:tcPr>
            <w:tcW w:w="7209" w:type="dxa"/>
            <w:gridSpan w:val="2"/>
            <w:vAlign w:val="center"/>
          </w:tcPr>
          <w:p w14:paraId="68CB33E6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5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6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7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8       AKTS: ______     Saat: ______</w:t>
            </w:r>
          </w:p>
        </w:tc>
      </w:tr>
      <w:tr w:rsidR="00D40C2D" w:rsidRPr="00133DD4" w14:paraId="6A57CE37" w14:textId="77777777" w:rsidTr="00C83DF7">
        <w:trPr>
          <w:jc w:val="center"/>
        </w:trPr>
        <w:tc>
          <w:tcPr>
            <w:tcW w:w="2920" w:type="dxa"/>
            <w:vAlign w:val="center"/>
          </w:tcPr>
          <w:p w14:paraId="5C53378A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Uygulanacağı dönem / Fiili eğitim süresi</w:t>
            </w:r>
          </w:p>
        </w:tc>
        <w:tc>
          <w:tcPr>
            <w:tcW w:w="7209" w:type="dxa"/>
            <w:gridSpan w:val="2"/>
            <w:vAlign w:val="center"/>
          </w:tcPr>
          <w:p w14:paraId="7F869D91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Güz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Bahar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Yaz                             Saat: ______</w:t>
            </w:r>
          </w:p>
        </w:tc>
      </w:tr>
      <w:tr w:rsidR="00D40C2D" w:rsidRPr="00133DD4" w14:paraId="1C316A52" w14:textId="77777777" w:rsidTr="00C83DF7">
        <w:trPr>
          <w:jc w:val="center"/>
        </w:trPr>
        <w:tc>
          <w:tcPr>
            <w:tcW w:w="10129" w:type="dxa"/>
            <w:gridSpan w:val="3"/>
            <w:shd w:val="clear" w:color="auto" w:fill="D9E2F3"/>
            <w:vAlign w:val="center"/>
          </w:tcPr>
          <w:p w14:paraId="458F0EA3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b/>
                <w:sz w:val="20"/>
                <w:szCs w:val="20"/>
                <w:lang w:val="tr-TR"/>
              </w:rPr>
              <w:t>Eğitimin Amacı, İhtiyacı ve Katkısı</w:t>
            </w:r>
          </w:p>
        </w:tc>
      </w:tr>
      <w:tr w:rsidR="00D40C2D" w:rsidRPr="00133DD4" w14:paraId="162470C4" w14:textId="77777777" w:rsidTr="00C83DF7">
        <w:trPr>
          <w:jc w:val="center"/>
        </w:trPr>
        <w:tc>
          <w:tcPr>
            <w:tcW w:w="5524" w:type="dxa"/>
            <w:gridSpan w:val="2"/>
            <w:vAlign w:val="center"/>
          </w:tcPr>
          <w:p w14:paraId="2EC87CDE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Eğitimin amacı ve kazandırılması hedeflenen yeterlilik</w:t>
            </w:r>
          </w:p>
        </w:tc>
        <w:tc>
          <w:tcPr>
            <w:tcW w:w="4605" w:type="dxa"/>
            <w:vAlign w:val="center"/>
          </w:tcPr>
          <w:p w14:paraId="5C6B2983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21DF59F4" w14:textId="77777777" w:rsidTr="00C83DF7">
        <w:trPr>
          <w:jc w:val="center"/>
        </w:trPr>
        <w:tc>
          <w:tcPr>
            <w:tcW w:w="5524" w:type="dxa"/>
            <w:gridSpan w:val="2"/>
            <w:vAlign w:val="center"/>
          </w:tcPr>
          <w:p w14:paraId="0F06D171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Açılma gerekçesi ve karşılaması beklenen ihtiyaç</w:t>
            </w:r>
          </w:p>
        </w:tc>
        <w:tc>
          <w:tcPr>
            <w:tcW w:w="4605" w:type="dxa"/>
            <w:vAlign w:val="center"/>
          </w:tcPr>
          <w:p w14:paraId="139DA569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748B74A8" w14:textId="77777777" w:rsidTr="00C83DF7">
        <w:trPr>
          <w:jc w:val="center"/>
        </w:trPr>
        <w:tc>
          <w:tcPr>
            <w:tcW w:w="5524" w:type="dxa"/>
            <w:gridSpan w:val="2"/>
            <w:vAlign w:val="center"/>
          </w:tcPr>
          <w:p w14:paraId="108AB0F2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Paydaş / öğrenen görüşleri veya sektörel ihtiyaca dayanak</w:t>
            </w:r>
          </w:p>
        </w:tc>
        <w:tc>
          <w:tcPr>
            <w:tcW w:w="4605" w:type="dxa"/>
            <w:vAlign w:val="center"/>
          </w:tcPr>
          <w:p w14:paraId="33B2FC72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</w:tbl>
    <w:p w14:paraId="250749AB" w14:textId="77777777" w:rsidR="00D40C2D" w:rsidRPr="00133DD4" w:rsidRDefault="00D40C2D" w:rsidP="00D40C2D">
      <w:pPr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20"/>
        <w:gridCol w:w="7209"/>
      </w:tblGrid>
      <w:tr w:rsidR="00D40C2D" w:rsidRPr="00133DD4" w14:paraId="158E99C5" w14:textId="77777777" w:rsidTr="00C83DF7">
        <w:trPr>
          <w:jc w:val="center"/>
        </w:trPr>
        <w:tc>
          <w:tcPr>
            <w:tcW w:w="10129" w:type="dxa"/>
            <w:gridSpan w:val="2"/>
            <w:shd w:val="clear" w:color="auto" w:fill="DBE5F1" w:themeFill="accent1" w:themeFillTint="33"/>
            <w:vAlign w:val="center"/>
          </w:tcPr>
          <w:p w14:paraId="23A1E9AF" w14:textId="77777777" w:rsidR="00D40C2D" w:rsidRPr="00133DD4" w:rsidRDefault="00D40C2D" w:rsidP="00C83DF7">
            <w:pPr>
              <w:rPr>
                <w:rFonts w:ascii="Segoe UI Symbol" w:hAnsi="Segoe UI Symbol" w:cs="Segoe UI Symbol"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Hedef Kitle, Başvuru ve Kabul Koşulları</w:t>
            </w:r>
          </w:p>
        </w:tc>
      </w:tr>
      <w:tr w:rsidR="00D40C2D" w:rsidRPr="00133DD4" w14:paraId="41536D51" w14:textId="77777777" w:rsidTr="00C83DF7">
        <w:trPr>
          <w:jc w:val="center"/>
        </w:trPr>
        <w:tc>
          <w:tcPr>
            <w:tcW w:w="2920" w:type="dxa"/>
            <w:vAlign w:val="center"/>
          </w:tcPr>
          <w:p w14:paraId="1AADE114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Hedef kitle</w:t>
            </w:r>
          </w:p>
        </w:tc>
        <w:tc>
          <w:tcPr>
            <w:tcW w:w="7209" w:type="dxa"/>
            <w:vAlign w:val="center"/>
          </w:tcPr>
          <w:p w14:paraId="1BA06CD2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KÜN öğrencileri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Diğer üniversite öğrencileri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Mezunlar </w:t>
            </w:r>
          </w:p>
          <w:p w14:paraId="747B82BC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sz w:val="20"/>
                <w:szCs w:val="20"/>
                <w:lang w:val="tr-TR"/>
              </w:rPr>
              <w:t xml:space="preserve"> Çalışanlar / profesyoneller </w:t>
            </w:r>
          </w:p>
        </w:tc>
      </w:tr>
      <w:tr w:rsidR="00D40C2D" w:rsidRPr="00133DD4" w14:paraId="756DAC2E" w14:textId="77777777" w:rsidTr="00C83DF7">
        <w:trPr>
          <w:jc w:val="center"/>
        </w:trPr>
        <w:tc>
          <w:tcPr>
            <w:tcW w:w="2920" w:type="dxa"/>
            <w:vAlign w:val="center"/>
          </w:tcPr>
          <w:p w14:paraId="3895A28E" w14:textId="77777777" w:rsidR="00D40C2D" w:rsidRPr="00133DD4" w:rsidRDefault="00D40C2D" w:rsidP="00C83DF7">
            <w:pPr>
              <w:rPr>
                <w:i/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Ön koşullar</w:t>
            </w:r>
            <w:r w:rsidRPr="00133DD4">
              <w:rPr>
                <w:lang w:val="tr-TR"/>
              </w:rPr>
              <w:br/>
            </w:r>
            <w:r w:rsidRPr="00133DD4">
              <w:rPr>
                <w:i/>
                <w:sz w:val="20"/>
                <w:szCs w:val="20"/>
                <w:lang w:val="tr-TR"/>
              </w:rPr>
              <w:t>(Varsa önceden tamamlanması gereken ders, Mikro Yeterlilik veya deneyim.)</w:t>
            </w:r>
          </w:p>
          <w:p w14:paraId="5F89EB2A" w14:textId="77777777" w:rsidR="00D40C2D" w:rsidRPr="00133DD4" w:rsidRDefault="00D40C2D" w:rsidP="00C83DF7">
            <w:pPr>
              <w:rPr>
                <w:i/>
                <w:sz w:val="20"/>
                <w:szCs w:val="20"/>
                <w:lang w:val="tr-TR"/>
              </w:rPr>
            </w:pPr>
            <w:r w:rsidRPr="00133DD4">
              <w:rPr>
                <w:i/>
                <w:sz w:val="20"/>
                <w:szCs w:val="20"/>
                <w:lang w:val="tr-TR"/>
              </w:rPr>
              <w:t>(Varsa en az ortalama, en az kredi, en az AKTS, en az öğrencilik dönemi ya da en fazla öğrencilik dönemi)</w:t>
            </w:r>
          </w:p>
        </w:tc>
        <w:tc>
          <w:tcPr>
            <w:tcW w:w="7209" w:type="dxa"/>
            <w:vAlign w:val="center"/>
          </w:tcPr>
          <w:p w14:paraId="490F9255" w14:textId="77777777" w:rsidR="00D40C2D" w:rsidRPr="00133DD4" w:rsidRDefault="00D40C2D" w:rsidP="00C83DF7">
            <w:pPr>
              <w:rPr>
                <w:rFonts w:ascii="Segoe UI Symbol" w:hAnsi="Segoe UI Symbol" w:cs="Segoe UI Symbol"/>
                <w:sz w:val="20"/>
                <w:szCs w:val="20"/>
                <w:lang w:val="tr-TR"/>
              </w:rPr>
            </w:pPr>
          </w:p>
        </w:tc>
      </w:tr>
      <w:tr w:rsidR="00D40C2D" w:rsidRPr="00133DD4" w14:paraId="31E5AE44" w14:textId="77777777" w:rsidTr="00C83DF7">
        <w:trPr>
          <w:jc w:val="center"/>
        </w:trPr>
        <w:tc>
          <w:tcPr>
            <w:tcW w:w="2920" w:type="dxa"/>
            <w:vAlign w:val="center"/>
          </w:tcPr>
          <w:p w14:paraId="0B7350BB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 xml:space="preserve">Kontenjan </w:t>
            </w:r>
          </w:p>
          <w:p w14:paraId="61ECDEB0" w14:textId="77777777" w:rsidR="00D40C2D" w:rsidRPr="00133DD4" w:rsidRDefault="00D40C2D" w:rsidP="00C83DF7">
            <w:pPr>
              <w:rPr>
                <w:i/>
                <w:sz w:val="20"/>
                <w:szCs w:val="20"/>
                <w:lang w:val="tr-TR"/>
              </w:rPr>
            </w:pPr>
            <w:r w:rsidRPr="00133DD4">
              <w:rPr>
                <w:i/>
                <w:sz w:val="20"/>
                <w:szCs w:val="20"/>
                <w:lang w:val="tr-TR"/>
              </w:rPr>
              <w:t>(Akademik birimler ve/veya programlar özelinde ayrı ayrı kontenjanlar belirtilebilir)</w:t>
            </w:r>
          </w:p>
        </w:tc>
        <w:tc>
          <w:tcPr>
            <w:tcW w:w="7209" w:type="dxa"/>
          </w:tcPr>
          <w:p w14:paraId="5727EE16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sz w:val="20"/>
                <w:szCs w:val="20"/>
                <w:lang w:val="tr-TR"/>
              </w:rPr>
              <w:t>Asgari: ______     Azami: ______</w:t>
            </w:r>
          </w:p>
        </w:tc>
      </w:tr>
    </w:tbl>
    <w:p w14:paraId="535B2C3C" w14:textId="77777777" w:rsidR="00D40C2D" w:rsidRPr="00133DD4" w:rsidRDefault="00D40C2D" w:rsidP="00D40C2D">
      <w:pPr>
        <w:rPr>
          <w:lang w:val="tr-TR"/>
        </w:rPr>
      </w:pPr>
    </w:p>
    <w:p w14:paraId="13DC8056" w14:textId="77777777" w:rsidR="00D40C2D" w:rsidRPr="00133DD4" w:rsidRDefault="00D40C2D" w:rsidP="00D40C2D">
      <w:pPr>
        <w:rPr>
          <w:lang w:val="tr-TR"/>
        </w:rPr>
      </w:pPr>
    </w:p>
    <w:p w14:paraId="251B82B4" w14:textId="77777777" w:rsidR="00D40C2D" w:rsidRPr="00133DD4" w:rsidRDefault="00D40C2D" w:rsidP="00D40C2D">
      <w:pPr>
        <w:rPr>
          <w:lang w:val="tr-TR"/>
        </w:rPr>
      </w:pPr>
    </w:p>
    <w:p w14:paraId="4EEE7F13" w14:textId="77777777" w:rsidR="00D40C2D" w:rsidRPr="00133DD4" w:rsidRDefault="00D40C2D" w:rsidP="00D40C2D">
      <w:pPr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8"/>
        <w:gridCol w:w="6782"/>
        <w:gridCol w:w="709"/>
        <w:gridCol w:w="889"/>
        <w:gridCol w:w="1121"/>
      </w:tblGrid>
      <w:tr w:rsidR="00D40C2D" w:rsidRPr="00133DD4" w14:paraId="7C0B3C1B" w14:textId="77777777" w:rsidTr="00C83DF7">
        <w:trPr>
          <w:trHeight w:val="210"/>
          <w:jc w:val="center"/>
        </w:trPr>
        <w:tc>
          <w:tcPr>
            <w:tcW w:w="628" w:type="dxa"/>
            <w:shd w:val="clear" w:color="auto" w:fill="D9E2F3"/>
            <w:vAlign w:val="center"/>
          </w:tcPr>
          <w:p w14:paraId="6BBCE937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lastRenderedPageBreak/>
              <w:t>No</w:t>
            </w:r>
          </w:p>
        </w:tc>
        <w:tc>
          <w:tcPr>
            <w:tcW w:w="6782" w:type="dxa"/>
            <w:shd w:val="clear" w:color="auto" w:fill="D9E2F3"/>
            <w:vAlign w:val="center"/>
          </w:tcPr>
          <w:p w14:paraId="494BC0A4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Öğrenme Çıktısı</w:t>
            </w:r>
          </w:p>
        </w:tc>
        <w:tc>
          <w:tcPr>
            <w:tcW w:w="709" w:type="dxa"/>
            <w:shd w:val="clear" w:color="auto" w:fill="D9E2F3"/>
            <w:vAlign w:val="center"/>
          </w:tcPr>
          <w:p w14:paraId="7A2A2F83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Bilgi</w:t>
            </w:r>
          </w:p>
        </w:tc>
        <w:tc>
          <w:tcPr>
            <w:tcW w:w="889" w:type="dxa"/>
            <w:shd w:val="clear" w:color="auto" w:fill="D9E2F3"/>
            <w:vAlign w:val="center"/>
          </w:tcPr>
          <w:p w14:paraId="3F6DAFEC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Beceri</w:t>
            </w:r>
          </w:p>
        </w:tc>
        <w:tc>
          <w:tcPr>
            <w:tcW w:w="1121" w:type="dxa"/>
            <w:shd w:val="clear" w:color="auto" w:fill="D9E2F3"/>
            <w:vAlign w:val="center"/>
          </w:tcPr>
          <w:p w14:paraId="6E02C9F9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Yetkinlik</w:t>
            </w:r>
          </w:p>
        </w:tc>
      </w:tr>
      <w:tr w:rsidR="00D40C2D" w:rsidRPr="00133DD4" w14:paraId="2CAAF232" w14:textId="77777777" w:rsidTr="00C83DF7">
        <w:trPr>
          <w:trHeight w:val="205"/>
          <w:jc w:val="center"/>
        </w:trPr>
        <w:tc>
          <w:tcPr>
            <w:tcW w:w="628" w:type="dxa"/>
            <w:vAlign w:val="center"/>
          </w:tcPr>
          <w:p w14:paraId="560DD251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ÖÇ1</w:t>
            </w:r>
          </w:p>
        </w:tc>
        <w:tc>
          <w:tcPr>
            <w:tcW w:w="6782" w:type="dxa"/>
            <w:vAlign w:val="center"/>
          </w:tcPr>
          <w:p w14:paraId="6B4A46AA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1B85CE6A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889" w:type="dxa"/>
            <w:vAlign w:val="center"/>
          </w:tcPr>
          <w:p w14:paraId="774C6649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1121" w:type="dxa"/>
            <w:vAlign w:val="center"/>
          </w:tcPr>
          <w:p w14:paraId="48FCFE0C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D40C2D" w:rsidRPr="00133DD4" w14:paraId="39689595" w14:textId="77777777" w:rsidTr="00C83DF7">
        <w:trPr>
          <w:trHeight w:val="205"/>
          <w:jc w:val="center"/>
        </w:trPr>
        <w:tc>
          <w:tcPr>
            <w:tcW w:w="628" w:type="dxa"/>
            <w:vAlign w:val="center"/>
          </w:tcPr>
          <w:p w14:paraId="351A27DB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ÖÇ2</w:t>
            </w:r>
          </w:p>
        </w:tc>
        <w:tc>
          <w:tcPr>
            <w:tcW w:w="6782" w:type="dxa"/>
            <w:vAlign w:val="center"/>
          </w:tcPr>
          <w:p w14:paraId="4777BF2B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57EDC0D1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889" w:type="dxa"/>
            <w:vAlign w:val="center"/>
          </w:tcPr>
          <w:p w14:paraId="570AF6DA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1121" w:type="dxa"/>
            <w:vAlign w:val="center"/>
          </w:tcPr>
          <w:p w14:paraId="5AACFCBC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D40C2D" w:rsidRPr="00133DD4" w14:paraId="2EFB94F9" w14:textId="77777777" w:rsidTr="00C83DF7">
        <w:trPr>
          <w:trHeight w:val="205"/>
          <w:jc w:val="center"/>
        </w:trPr>
        <w:tc>
          <w:tcPr>
            <w:tcW w:w="628" w:type="dxa"/>
            <w:vAlign w:val="center"/>
          </w:tcPr>
          <w:p w14:paraId="7C3F546F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ÖÇ3</w:t>
            </w:r>
          </w:p>
        </w:tc>
        <w:tc>
          <w:tcPr>
            <w:tcW w:w="6782" w:type="dxa"/>
            <w:vAlign w:val="center"/>
          </w:tcPr>
          <w:p w14:paraId="24972854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55F2D7AF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889" w:type="dxa"/>
            <w:vAlign w:val="center"/>
          </w:tcPr>
          <w:p w14:paraId="6049451D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1121" w:type="dxa"/>
            <w:vAlign w:val="center"/>
          </w:tcPr>
          <w:p w14:paraId="75ED62FE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D40C2D" w:rsidRPr="00133DD4" w14:paraId="784ECBB8" w14:textId="77777777" w:rsidTr="00C83DF7">
        <w:trPr>
          <w:trHeight w:val="205"/>
          <w:jc w:val="center"/>
        </w:trPr>
        <w:tc>
          <w:tcPr>
            <w:tcW w:w="628" w:type="dxa"/>
            <w:vAlign w:val="center"/>
          </w:tcPr>
          <w:p w14:paraId="048EE11D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ÖÇ4</w:t>
            </w:r>
          </w:p>
        </w:tc>
        <w:tc>
          <w:tcPr>
            <w:tcW w:w="6782" w:type="dxa"/>
            <w:vAlign w:val="center"/>
          </w:tcPr>
          <w:p w14:paraId="785EC20A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6646F5C9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889" w:type="dxa"/>
            <w:vAlign w:val="center"/>
          </w:tcPr>
          <w:p w14:paraId="4B501F79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1121" w:type="dxa"/>
            <w:vAlign w:val="center"/>
          </w:tcPr>
          <w:p w14:paraId="5BD43DAC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D40C2D" w:rsidRPr="00133DD4" w14:paraId="5981D177" w14:textId="77777777" w:rsidTr="00C83DF7">
        <w:trPr>
          <w:trHeight w:val="205"/>
          <w:jc w:val="center"/>
        </w:trPr>
        <w:tc>
          <w:tcPr>
            <w:tcW w:w="628" w:type="dxa"/>
            <w:vAlign w:val="center"/>
          </w:tcPr>
          <w:p w14:paraId="01EA42B1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ÖÇ5</w:t>
            </w:r>
          </w:p>
        </w:tc>
        <w:tc>
          <w:tcPr>
            <w:tcW w:w="6782" w:type="dxa"/>
            <w:vAlign w:val="center"/>
          </w:tcPr>
          <w:p w14:paraId="130D22B2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79F8C873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889" w:type="dxa"/>
            <w:vAlign w:val="center"/>
          </w:tcPr>
          <w:p w14:paraId="582EE70D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1121" w:type="dxa"/>
            <w:vAlign w:val="center"/>
          </w:tcPr>
          <w:p w14:paraId="1A62C08E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D40C2D" w:rsidRPr="00133DD4" w14:paraId="0207BAFF" w14:textId="77777777" w:rsidTr="00C83DF7">
        <w:trPr>
          <w:trHeight w:val="205"/>
          <w:jc w:val="center"/>
        </w:trPr>
        <w:tc>
          <w:tcPr>
            <w:tcW w:w="628" w:type="dxa"/>
            <w:vAlign w:val="center"/>
          </w:tcPr>
          <w:p w14:paraId="644D9FD0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ÖÇ6</w:t>
            </w:r>
          </w:p>
        </w:tc>
        <w:tc>
          <w:tcPr>
            <w:tcW w:w="6782" w:type="dxa"/>
            <w:vAlign w:val="center"/>
          </w:tcPr>
          <w:p w14:paraId="10F8E9BF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709" w:type="dxa"/>
            <w:vAlign w:val="center"/>
          </w:tcPr>
          <w:p w14:paraId="382C0F8A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889" w:type="dxa"/>
            <w:vAlign w:val="center"/>
          </w:tcPr>
          <w:p w14:paraId="0D5D0218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1121" w:type="dxa"/>
            <w:vAlign w:val="center"/>
          </w:tcPr>
          <w:p w14:paraId="442607D8" w14:textId="77777777" w:rsidR="00D40C2D" w:rsidRPr="00133DD4" w:rsidRDefault="00D40C2D" w:rsidP="00C83DF7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D40C2D" w:rsidRPr="00133DD4" w14:paraId="33217845" w14:textId="77777777" w:rsidTr="00C83DF7">
        <w:trPr>
          <w:trHeight w:val="205"/>
          <w:jc w:val="center"/>
        </w:trPr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7D9D6DB9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6782" w:type="dxa"/>
            <w:tcBorders>
              <w:bottom w:val="single" w:sz="4" w:space="0" w:color="auto"/>
            </w:tcBorders>
            <w:vAlign w:val="center"/>
          </w:tcPr>
          <w:p w14:paraId="1B874F0B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0F014B7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vAlign w:val="center"/>
          </w:tcPr>
          <w:p w14:paraId="05578168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090C2CDB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</w:tr>
    </w:tbl>
    <w:p w14:paraId="260FB713" w14:textId="77777777" w:rsidR="00D40C2D" w:rsidRPr="00133DD4" w:rsidRDefault="00D40C2D" w:rsidP="00D40C2D">
      <w:pPr>
        <w:jc w:val="both"/>
        <w:rPr>
          <w:i/>
          <w:iCs/>
          <w:sz w:val="20"/>
          <w:szCs w:val="20"/>
          <w:lang w:val="tr-TR"/>
        </w:rPr>
      </w:pPr>
      <w:r w:rsidRPr="00133DD4">
        <w:rPr>
          <w:b/>
          <w:bCs/>
          <w:i/>
          <w:iCs/>
          <w:sz w:val="20"/>
          <w:szCs w:val="20"/>
          <w:lang w:val="tr-TR"/>
        </w:rPr>
        <w:t>Not:</w:t>
      </w:r>
      <w:r w:rsidRPr="00133DD4">
        <w:rPr>
          <w:i/>
          <w:iCs/>
          <w:sz w:val="20"/>
          <w:szCs w:val="20"/>
          <w:lang w:val="tr-TR"/>
        </w:rPr>
        <w:t xml:space="preserve"> Öğrenme çıktıları programın kapsamı ve AKTS değeriyle orantılı olarak belirlenir. Öğrenme çıktıları açık, ölçülebilir ve programın TYÇ seviyesiyle uyumlu olmalıdır.</w:t>
      </w:r>
    </w:p>
    <w:tbl>
      <w:tblPr>
        <w:tblW w:w="9062" w:type="dxa"/>
        <w:jc w:val="center"/>
        <w:tblLook w:val="04A0" w:firstRow="1" w:lastRow="0" w:firstColumn="1" w:lastColumn="0" w:noHBand="0" w:noVBand="1"/>
      </w:tblPr>
      <w:tblGrid>
        <w:gridCol w:w="2100"/>
        <w:gridCol w:w="1065"/>
        <w:gridCol w:w="927"/>
        <w:gridCol w:w="960"/>
        <w:gridCol w:w="1161"/>
        <w:gridCol w:w="2849"/>
      </w:tblGrid>
      <w:tr w:rsidR="00D40C2D" w:rsidRPr="00133DD4" w14:paraId="472E210D" w14:textId="77777777" w:rsidTr="00C83DF7">
        <w:trPr>
          <w:jc w:val="center"/>
        </w:trPr>
        <w:tc>
          <w:tcPr>
            <w:tcW w:w="9062" w:type="dxa"/>
            <w:gridSpan w:val="6"/>
            <w:shd w:val="clear" w:color="auto" w:fill="D9E2F3"/>
            <w:vAlign w:val="center"/>
          </w:tcPr>
          <w:p w14:paraId="43EF1CBC" w14:textId="77777777" w:rsidR="00D40C2D" w:rsidRPr="00133DD4" w:rsidRDefault="00D40C2D" w:rsidP="00C83DF7">
            <w:pPr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Konu/Modül ve Ölçme-Değerlendirme</w:t>
            </w:r>
            <w:r w:rsidRPr="00133DD4">
              <w:rPr>
                <w:lang w:val="tr-TR"/>
              </w:rPr>
              <w:br/>
            </w:r>
            <w:r w:rsidRPr="00133DD4">
              <w:rPr>
                <w:rFonts w:cs="Arial"/>
                <w:i/>
                <w:iCs/>
                <w:sz w:val="16"/>
                <w:szCs w:val="16"/>
                <w:lang w:val="tr-TR"/>
              </w:rPr>
              <w:t xml:space="preserve">NOT:1 AKTS = 25 saat toplam öğrenen iş yüküdür. Eğitimler kural olarak 1–6 </w:t>
            </w:r>
            <w:proofErr w:type="spellStart"/>
            <w:r w:rsidRPr="00133DD4">
              <w:rPr>
                <w:rFonts w:cs="Arial"/>
                <w:i/>
                <w:iCs/>
                <w:sz w:val="16"/>
                <w:szCs w:val="16"/>
                <w:lang w:val="tr-TR"/>
              </w:rPr>
              <w:t>AKTS’dir</w:t>
            </w:r>
            <w:proofErr w:type="spellEnd"/>
            <w:r w:rsidRPr="00133DD4">
              <w:rPr>
                <w:rFonts w:cs="Arial"/>
                <w:i/>
                <w:iCs/>
                <w:sz w:val="16"/>
                <w:szCs w:val="16"/>
                <w:lang w:val="tr-TR"/>
              </w:rPr>
              <w:t>; farklılık varsa gerekçe sunulmalıdır. İş yükü; eş zamanlı/eş zamansız etkinlikler, uygulama ve bireysel çalışmayı kapsamalıdır. Ölçme-değerlendirmede mümkün olduğunca süreç temelli yöntemler tercih edilmelidir.</w:t>
            </w:r>
          </w:p>
        </w:tc>
      </w:tr>
      <w:tr w:rsidR="00D40C2D" w:rsidRPr="00133DD4" w14:paraId="44BD14CF" w14:textId="77777777" w:rsidTr="00C83DF7">
        <w:trPr>
          <w:jc w:val="center"/>
        </w:trPr>
        <w:tc>
          <w:tcPr>
            <w:tcW w:w="2100" w:type="dxa"/>
            <w:shd w:val="clear" w:color="auto" w:fill="D9E2F3"/>
            <w:vAlign w:val="center"/>
          </w:tcPr>
          <w:p w14:paraId="4FB6D7DF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Konu/Modül</w:t>
            </w:r>
          </w:p>
        </w:tc>
        <w:tc>
          <w:tcPr>
            <w:tcW w:w="1065" w:type="dxa"/>
            <w:shd w:val="clear" w:color="auto" w:fill="D9E2F3"/>
            <w:vAlign w:val="center"/>
          </w:tcPr>
          <w:p w14:paraId="34847249" w14:textId="77777777" w:rsidR="00D40C2D" w:rsidRPr="00133DD4" w:rsidRDefault="00D40C2D" w:rsidP="00C83DF7">
            <w:pPr>
              <w:rPr>
                <w:rFonts w:cs="Arial"/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 xml:space="preserve">Öğretim Şekli </w:t>
            </w:r>
            <w:r w:rsidRPr="00133DD4">
              <w:rPr>
                <w:rFonts w:cs="Arial"/>
                <w:b/>
                <w:bCs/>
                <w:i/>
                <w:iCs/>
                <w:sz w:val="16"/>
                <w:szCs w:val="16"/>
                <w:lang w:val="tr-TR"/>
              </w:rPr>
              <w:t>(Yüz yüze, çevrim içi, karma)</w:t>
            </w:r>
          </w:p>
        </w:tc>
        <w:tc>
          <w:tcPr>
            <w:tcW w:w="927" w:type="dxa"/>
            <w:shd w:val="clear" w:color="auto" w:fill="D9E2F3"/>
            <w:vAlign w:val="center"/>
          </w:tcPr>
          <w:p w14:paraId="5821200D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 xml:space="preserve">Eğitim Süresi </w:t>
            </w:r>
            <w:r w:rsidRPr="00133DD4">
              <w:rPr>
                <w:rFonts w:cs="Arial"/>
                <w:b/>
                <w:bCs/>
                <w:i/>
                <w:iCs/>
                <w:sz w:val="16"/>
                <w:szCs w:val="16"/>
                <w:lang w:val="tr-TR"/>
              </w:rPr>
              <w:t>(Öğretim şekline göre ayrı ayrı)</w:t>
            </w:r>
          </w:p>
        </w:tc>
        <w:tc>
          <w:tcPr>
            <w:tcW w:w="960" w:type="dxa"/>
            <w:shd w:val="clear" w:color="auto" w:fill="D9E2F3"/>
            <w:vAlign w:val="center"/>
          </w:tcPr>
          <w:p w14:paraId="09D78225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AKTS katkısı / İş yükü</w:t>
            </w:r>
          </w:p>
        </w:tc>
        <w:tc>
          <w:tcPr>
            <w:tcW w:w="1161" w:type="dxa"/>
            <w:shd w:val="clear" w:color="auto" w:fill="D9E2F3"/>
            <w:vAlign w:val="center"/>
          </w:tcPr>
          <w:p w14:paraId="2BA87CBD" w14:textId="77777777" w:rsidR="00D40C2D" w:rsidRPr="00133DD4" w:rsidRDefault="00D40C2D" w:rsidP="00C83DF7">
            <w:pPr>
              <w:rPr>
                <w:rFonts w:cs="Arial"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İlgili öğrenme çıktıları</w:t>
            </w:r>
          </w:p>
        </w:tc>
        <w:tc>
          <w:tcPr>
            <w:tcW w:w="2849" w:type="dxa"/>
            <w:shd w:val="clear" w:color="auto" w:fill="D9E2F3"/>
            <w:vAlign w:val="center"/>
          </w:tcPr>
          <w:p w14:paraId="79C63A72" w14:textId="77777777" w:rsidR="00D40C2D" w:rsidRPr="00133DD4" w:rsidRDefault="00D40C2D" w:rsidP="00C83DF7">
            <w:pPr>
              <w:rPr>
                <w:rFonts w:cs="Arial"/>
                <w:b/>
                <w:bCs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>Ölçme-değerlendirme yöntemi ve etki oranı (%)</w:t>
            </w:r>
          </w:p>
        </w:tc>
      </w:tr>
      <w:tr w:rsidR="00D40C2D" w:rsidRPr="00133DD4" w14:paraId="649BF3F2" w14:textId="77777777" w:rsidTr="00C83DF7">
        <w:trPr>
          <w:jc w:val="center"/>
        </w:trPr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24D42A88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7A707B5E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4839CECB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6CBF0F25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78B4F0A1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2849" w:type="dxa"/>
            <w:tcBorders>
              <w:bottom w:val="single" w:sz="4" w:space="0" w:color="auto"/>
            </w:tcBorders>
            <w:vAlign w:val="center"/>
          </w:tcPr>
          <w:p w14:paraId="508049CC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  <w:tr w:rsidR="00D40C2D" w:rsidRPr="00133DD4" w14:paraId="5908F343" w14:textId="77777777" w:rsidTr="00C83DF7">
        <w:trPr>
          <w:jc w:val="center"/>
        </w:trPr>
        <w:tc>
          <w:tcPr>
            <w:tcW w:w="2100" w:type="dxa"/>
            <w:vAlign w:val="center"/>
          </w:tcPr>
          <w:p w14:paraId="4DEA66C7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1065" w:type="dxa"/>
            <w:vAlign w:val="center"/>
          </w:tcPr>
          <w:p w14:paraId="3475AE4B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927" w:type="dxa"/>
            <w:vAlign w:val="center"/>
          </w:tcPr>
          <w:p w14:paraId="21AC5076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960" w:type="dxa"/>
            <w:vAlign w:val="center"/>
          </w:tcPr>
          <w:p w14:paraId="6A9770D8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4ED0EE3A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  <w:tc>
          <w:tcPr>
            <w:tcW w:w="2849" w:type="dxa"/>
            <w:vAlign w:val="center"/>
          </w:tcPr>
          <w:p w14:paraId="40500628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…</w:t>
            </w:r>
          </w:p>
        </w:tc>
      </w:tr>
      <w:tr w:rsidR="00D40C2D" w:rsidRPr="00133DD4" w14:paraId="0B9DAFC1" w14:textId="77777777" w:rsidTr="00C83DF7">
        <w:trPr>
          <w:jc w:val="center"/>
        </w:trPr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47693D29" w14:textId="77777777" w:rsidR="00D40C2D" w:rsidRPr="00133DD4" w:rsidRDefault="00D40C2D" w:rsidP="00C83DF7">
            <w:pPr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sz w:val="20"/>
                <w:szCs w:val="20"/>
                <w:lang w:val="tr-TR"/>
              </w:rPr>
              <w:t>Asgari Başarı Düzeyi</w:t>
            </w:r>
          </w:p>
        </w:tc>
        <w:tc>
          <w:tcPr>
            <w:tcW w:w="6962" w:type="dxa"/>
            <w:gridSpan w:val="5"/>
            <w:tcBorders>
              <w:bottom w:val="single" w:sz="4" w:space="0" w:color="auto"/>
            </w:tcBorders>
            <w:vAlign w:val="center"/>
          </w:tcPr>
          <w:p w14:paraId="2B5C3659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Asgari</w:t>
            </w:r>
            <w:proofErr w:type="gramStart"/>
            <w:r w:rsidRPr="00133DD4">
              <w:rPr>
                <w:rFonts w:cs="Arial"/>
                <w:sz w:val="20"/>
                <w:szCs w:val="20"/>
                <w:lang w:val="tr-TR"/>
              </w:rPr>
              <w:t xml:space="preserve"> ….</w:t>
            </w:r>
            <w:proofErr w:type="gramEnd"/>
            <w:r w:rsidRPr="00133DD4">
              <w:rPr>
                <w:rFonts w:cs="Arial"/>
                <w:sz w:val="20"/>
                <w:szCs w:val="20"/>
                <w:lang w:val="tr-TR"/>
              </w:rPr>
              <w:t>./100 toplam puan.</w:t>
            </w:r>
          </w:p>
        </w:tc>
      </w:tr>
      <w:tr w:rsidR="00D40C2D" w:rsidRPr="00133DD4" w14:paraId="1C917024" w14:textId="77777777" w:rsidTr="00C83DF7">
        <w:trPr>
          <w:trHeight w:val="300"/>
          <w:jc w:val="center"/>
        </w:trPr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14:paraId="3B6C342A" w14:textId="77777777" w:rsidR="00D40C2D" w:rsidRPr="00133DD4" w:rsidRDefault="00D40C2D" w:rsidP="00C83DF7">
            <w:pPr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sz w:val="20"/>
                <w:szCs w:val="20"/>
                <w:lang w:val="tr-TR"/>
              </w:rPr>
              <w:t>Devam Koşulu</w:t>
            </w:r>
          </w:p>
        </w:tc>
        <w:tc>
          <w:tcPr>
            <w:tcW w:w="6962" w:type="dxa"/>
            <w:gridSpan w:val="5"/>
            <w:tcBorders>
              <w:bottom w:val="single" w:sz="4" w:space="0" w:color="auto"/>
            </w:tcBorders>
            <w:vAlign w:val="center"/>
          </w:tcPr>
          <w:p w14:paraId="4119F9D0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Asgari %...... katılım.</w:t>
            </w:r>
          </w:p>
        </w:tc>
      </w:tr>
      <w:tr w:rsidR="00D40C2D" w:rsidRPr="00133DD4" w14:paraId="7D9607B8" w14:textId="77777777" w:rsidTr="00C83DF7">
        <w:trPr>
          <w:jc w:val="center"/>
        </w:trPr>
        <w:tc>
          <w:tcPr>
            <w:tcW w:w="9062" w:type="dxa"/>
            <w:gridSpan w:val="6"/>
            <w:shd w:val="clear" w:color="auto" w:fill="D9E2F3"/>
            <w:vAlign w:val="center"/>
          </w:tcPr>
          <w:p w14:paraId="1287C4D0" w14:textId="77777777" w:rsidR="00D40C2D" w:rsidRPr="00133DD4" w:rsidRDefault="00D40C2D" w:rsidP="00C83DF7">
            <w:pPr>
              <w:rPr>
                <w:rFonts w:cs="Arial"/>
                <w:lang w:val="tr-TR"/>
              </w:rPr>
            </w:pPr>
            <w:r w:rsidRPr="00133DD4">
              <w:rPr>
                <w:rFonts w:cs="Arial"/>
                <w:b/>
                <w:bCs/>
                <w:lang w:val="tr-TR"/>
              </w:rPr>
              <w:t xml:space="preserve">Tanınma </w:t>
            </w:r>
            <w:proofErr w:type="gramStart"/>
            <w:r w:rsidRPr="00133DD4">
              <w:rPr>
                <w:rFonts w:cs="Arial"/>
                <w:b/>
                <w:bCs/>
                <w:lang w:val="tr-TR"/>
              </w:rPr>
              <w:t>Ve</w:t>
            </w:r>
            <w:proofErr w:type="gramEnd"/>
            <w:r w:rsidRPr="00133DD4">
              <w:rPr>
                <w:rFonts w:cs="Arial"/>
                <w:b/>
                <w:bCs/>
                <w:lang w:val="tr-TR"/>
              </w:rPr>
              <w:t xml:space="preserve"> Belgelendirme</w:t>
            </w:r>
          </w:p>
        </w:tc>
      </w:tr>
      <w:tr w:rsidR="00D40C2D" w:rsidRPr="00133DD4" w14:paraId="4038FC20" w14:textId="77777777" w:rsidTr="00C83DF7">
        <w:trPr>
          <w:jc w:val="center"/>
        </w:trPr>
        <w:tc>
          <w:tcPr>
            <w:tcW w:w="3165" w:type="dxa"/>
            <w:gridSpan w:val="2"/>
            <w:vAlign w:val="center"/>
          </w:tcPr>
          <w:p w14:paraId="7FB32BD4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Belgelendirme</w:t>
            </w:r>
          </w:p>
        </w:tc>
        <w:tc>
          <w:tcPr>
            <w:tcW w:w="5897" w:type="dxa"/>
            <w:gridSpan w:val="4"/>
            <w:vAlign w:val="center"/>
          </w:tcPr>
          <w:p w14:paraId="17A56C50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rFonts w:cs="Arial"/>
                <w:sz w:val="20"/>
                <w:szCs w:val="20"/>
                <w:lang w:val="tr-TR"/>
              </w:rPr>
              <w:t xml:space="preserve"> Dijital </w:t>
            </w:r>
            <w:proofErr w:type="gramStart"/>
            <w:r w:rsidRPr="00133DD4">
              <w:rPr>
                <w:rFonts w:cs="Arial"/>
                <w:sz w:val="20"/>
                <w:szCs w:val="20"/>
                <w:lang w:val="tr-TR"/>
              </w:rPr>
              <w:t xml:space="preserve">sertifika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proofErr w:type="gramEnd"/>
            <w:r w:rsidRPr="00133DD4">
              <w:rPr>
                <w:rFonts w:cs="Arial"/>
                <w:sz w:val="20"/>
                <w:szCs w:val="20"/>
                <w:lang w:val="tr-TR"/>
              </w:rPr>
              <w:t xml:space="preserve"> Dijital rozet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rFonts w:cs="Arial"/>
                <w:sz w:val="20"/>
                <w:szCs w:val="20"/>
                <w:lang w:val="tr-TR"/>
              </w:rPr>
              <w:t xml:space="preserve"> Her ikisi</w:t>
            </w:r>
          </w:p>
        </w:tc>
      </w:tr>
      <w:tr w:rsidR="00D40C2D" w:rsidRPr="00133DD4" w14:paraId="2BD4D479" w14:textId="77777777" w:rsidTr="00C83DF7">
        <w:trPr>
          <w:jc w:val="center"/>
        </w:trPr>
        <w:tc>
          <w:tcPr>
            <w:tcW w:w="3165" w:type="dxa"/>
            <w:gridSpan w:val="2"/>
            <w:vAlign w:val="center"/>
          </w:tcPr>
          <w:p w14:paraId="652D20E7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Belgenin geçerliliği</w:t>
            </w:r>
          </w:p>
        </w:tc>
        <w:tc>
          <w:tcPr>
            <w:tcW w:w="5897" w:type="dxa"/>
            <w:gridSpan w:val="4"/>
            <w:vAlign w:val="center"/>
          </w:tcPr>
          <w:p w14:paraId="0F54307D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rFonts w:cs="Arial"/>
                <w:sz w:val="20"/>
                <w:szCs w:val="20"/>
                <w:lang w:val="tr-TR"/>
              </w:rPr>
              <w:t xml:space="preserve"> Süresiz   </w:t>
            </w:r>
            <w:r w:rsidRPr="00133DD4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133DD4">
              <w:rPr>
                <w:rFonts w:cs="Arial"/>
                <w:sz w:val="20"/>
                <w:szCs w:val="20"/>
                <w:lang w:val="tr-TR"/>
              </w:rPr>
              <w:t xml:space="preserve"> Süreli: ______ yıl</w:t>
            </w:r>
          </w:p>
        </w:tc>
      </w:tr>
      <w:tr w:rsidR="00D40C2D" w:rsidRPr="00133DD4" w14:paraId="0E2061DA" w14:textId="77777777" w:rsidTr="00C83DF7">
        <w:trPr>
          <w:jc w:val="center"/>
        </w:trPr>
        <w:tc>
          <w:tcPr>
            <w:tcW w:w="3165" w:type="dxa"/>
            <w:gridSpan w:val="2"/>
            <w:vAlign w:val="center"/>
          </w:tcPr>
          <w:p w14:paraId="1EE7EE1E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Yenileme koşulu (varsa)</w:t>
            </w:r>
          </w:p>
        </w:tc>
        <w:tc>
          <w:tcPr>
            <w:tcW w:w="5897" w:type="dxa"/>
            <w:gridSpan w:val="4"/>
            <w:vAlign w:val="center"/>
          </w:tcPr>
          <w:p w14:paraId="42A6A54D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</w:tbl>
    <w:p w14:paraId="0B56AABC" w14:textId="77777777" w:rsidR="00D40C2D" w:rsidRPr="00133DD4" w:rsidRDefault="00D40C2D" w:rsidP="00D40C2D">
      <w:pPr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10"/>
        <w:gridCol w:w="6119"/>
      </w:tblGrid>
      <w:tr w:rsidR="00D40C2D" w:rsidRPr="00133DD4" w14:paraId="445FE6F2" w14:textId="77777777" w:rsidTr="00C83DF7">
        <w:trPr>
          <w:jc w:val="center"/>
        </w:trPr>
        <w:tc>
          <w:tcPr>
            <w:tcW w:w="10129" w:type="dxa"/>
            <w:gridSpan w:val="2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16E0AD2A" w14:textId="77777777" w:rsidR="00D40C2D" w:rsidRPr="00133DD4" w:rsidRDefault="00D40C2D" w:rsidP="00C83DF7">
            <w:pPr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sz w:val="20"/>
                <w:szCs w:val="20"/>
                <w:lang w:val="tr-TR"/>
              </w:rPr>
              <w:t>Eğitici Yetkinliği Beyanı</w:t>
            </w:r>
          </w:p>
        </w:tc>
      </w:tr>
      <w:tr w:rsidR="00D40C2D" w:rsidRPr="00133DD4" w14:paraId="4A0EEB6F" w14:textId="77777777" w:rsidTr="00C83DF7">
        <w:trPr>
          <w:jc w:val="center"/>
        </w:trPr>
        <w:tc>
          <w:tcPr>
            <w:tcW w:w="4010" w:type="dxa"/>
            <w:vAlign w:val="center"/>
          </w:tcPr>
          <w:p w14:paraId="2E2B9EB8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Alan yetkinliği (Eğitimin konusu ile ilişkili akademik ve/veya mesleki bilgi, deneyim ve uzmanlığınızı açıklayınız.)</w:t>
            </w:r>
          </w:p>
        </w:tc>
        <w:tc>
          <w:tcPr>
            <w:tcW w:w="6119" w:type="dxa"/>
            <w:vAlign w:val="center"/>
          </w:tcPr>
          <w:p w14:paraId="5A74B349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  <w:tr w:rsidR="00D40C2D" w:rsidRPr="00133DD4" w14:paraId="369838F6" w14:textId="77777777" w:rsidTr="00C83DF7">
        <w:trPr>
          <w:jc w:val="center"/>
        </w:trPr>
        <w:tc>
          <w:tcPr>
            <w:tcW w:w="4010" w:type="dxa"/>
            <w:vAlign w:val="center"/>
          </w:tcPr>
          <w:p w14:paraId="396ADB17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Eğitimin ile yetkinlik ilişkisi (Sahip olduğunuz akademik/mesleki yetkinliklerin eğitimin içeriği ve öğrenme çıktılarıyla ilişkisini açıklayınız.)</w:t>
            </w:r>
          </w:p>
        </w:tc>
        <w:tc>
          <w:tcPr>
            <w:tcW w:w="6119" w:type="dxa"/>
            <w:vAlign w:val="center"/>
          </w:tcPr>
          <w:p w14:paraId="5363CC0F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  <w:tr w:rsidR="00D40C2D" w:rsidRPr="00133DD4" w14:paraId="56616FFB" w14:textId="77777777" w:rsidTr="00C83DF7">
        <w:trPr>
          <w:jc w:val="center"/>
        </w:trPr>
        <w:tc>
          <w:tcPr>
            <w:tcW w:w="4010" w:type="dxa"/>
            <w:vAlign w:val="center"/>
          </w:tcPr>
          <w:p w14:paraId="08CE0339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Eğitim ve uygulama deneyimi (</w:t>
            </w:r>
            <w:r w:rsidRPr="00133DD4">
              <w:rPr>
                <w:sz w:val="20"/>
                <w:szCs w:val="20"/>
                <w:lang w:val="tr-TR"/>
              </w:rPr>
              <w:t>Eğitim</w:t>
            </w:r>
            <w:r w:rsidRPr="00133DD4">
              <w:rPr>
                <w:b/>
                <w:sz w:val="20"/>
                <w:szCs w:val="20"/>
                <w:lang w:val="tr-TR"/>
              </w:rPr>
              <w:t xml:space="preserve"> </w:t>
            </w:r>
            <w:r w:rsidRPr="00133DD4">
              <w:rPr>
                <w:rFonts w:cs="Arial"/>
                <w:sz w:val="20"/>
                <w:szCs w:val="20"/>
                <w:lang w:val="tr-TR"/>
              </w:rPr>
              <w:t>konusu ile ilgili daha önce verdiğiniz eğitimleri ve/veya uygulama deneyimlerinizi belirtiniz.)</w:t>
            </w:r>
          </w:p>
        </w:tc>
        <w:tc>
          <w:tcPr>
            <w:tcW w:w="6119" w:type="dxa"/>
            <w:vAlign w:val="center"/>
          </w:tcPr>
          <w:p w14:paraId="625E4A9E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  <w:tr w:rsidR="00D40C2D" w:rsidRPr="00133DD4" w14:paraId="6267241D" w14:textId="77777777" w:rsidTr="00C83DF7">
        <w:trPr>
          <w:jc w:val="center"/>
        </w:trPr>
        <w:tc>
          <w:tcPr>
            <w:tcW w:w="4010" w:type="dxa"/>
            <w:vAlign w:val="center"/>
          </w:tcPr>
          <w:p w14:paraId="7311CF31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sz w:val="20"/>
                <w:szCs w:val="20"/>
                <w:lang w:val="tr-TR"/>
              </w:rPr>
              <w:t>Yetkinliği destekleyen belgeler (Diploma, akademik çalışma/yayın, proje, sertifika, mesleki deneyim belgesi vb. destekleyici belgeleri belirtiniz ve başvuruya ekleyiniz.)</w:t>
            </w:r>
          </w:p>
        </w:tc>
        <w:tc>
          <w:tcPr>
            <w:tcW w:w="6119" w:type="dxa"/>
            <w:vAlign w:val="center"/>
          </w:tcPr>
          <w:p w14:paraId="0D4670EE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</w:tbl>
    <w:p w14:paraId="29E15B95" w14:textId="77777777" w:rsidR="00D40C2D" w:rsidRPr="00133DD4" w:rsidRDefault="00D40C2D" w:rsidP="00D40C2D">
      <w:pPr>
        <w:rPr>
          <w:rFonts w:cs="Arial"/>
          <w:b/>
          <w:bCs/>
          <w:sz w:val="20"/>
          <w:szCs w:val="20"/>
          <w:lang w:val="tr-TR"/>
        </w:rPr>
      </w:pPr>
    </w:p>
    <w:p w14:paraId="07048483" w14:textId="4635208F" w:rsidR="00D40C2D" w:rsidRPr="00133DD4" w:rsidRDefault="00D40C2D" w:rsidP="00D40C2D">
      <w:pPr>
        <w:rPr>
          <w:rFonts w:cs="Arial"/>
          <w:sz w:val="20"/>
          <w:szCs w:val="20"/>
          <w:lang w:val="tr-TR"/>
        </w:rPr>
      </w:pPr>
      <w:r w:rsidRPr="00133DD4">
        <w:rPr>
          <w:rFonts w:cs="Arial"/>
          <w:b/>
          <w:bCs/>
          <w:sz w:val="20"/>
          <w:szCs w:val="20"/>
          <w:lang w:val="tr-TR"/>
        </w:rPr>
        <w:t>Başvuru sahibi beyanı:</w:t>
      </w:r>
      <w:r w:rsidRPr="00133DD4">
        <w:rPr>
          <w:rFonts w:cs="Arial"/>
          <w:sz w:val="20"/>
          <w:szCs w:val="20"/>
          <w:lang w:val="tr-TR"/>
        </w:rPr>
        <w:t xml:space="preserve"> Yukarıda sunduğum bilgilerin doğru olduğunu, mikro-yeterlilik eğitiminin içeriği ve öğrenme çıktıları kapsamında eğitim verme yeterliliğine sahip olduğumu beyan ederim.</w:t>
      </w:r>
    </w:p>
    <w:p w14:paraId="5220BD4E" w14:textId="77777777" w:rsidR="00D40C2D" w:rsidRPr="00133DD4" w:rsidRDefault="00D40C2D" w:rsidP="00D40C2D">
      <w:pPr>
        <w:jc w:val="center"/>
        <w:rPr>
          <w:rFonts w:cs="Arial"/>
          <w:b/>
          <w:bCs/>
          <w:sz w:val="20"/>
          <w:szCs w:val="20"/>
          <w:lang w:val="tr-TR"/>
        </w:rPr>
      </w:pPr>
    </w:p>
    <w:tbl>
      <w:tblPr>
        <w:tblW w:w="9062" w:type="dxa"/>
        <w:jc w:val="center"/>
        <w:tblLook w:val="04A0" w:firstRow="1" w:lastRow="0" w:firstColumn="1" w:lastColumn="0" w:noHBand="0" w:noVBand="1"/>
      </w:tblPr>
      <w:tblGrid>
        <w:gridCol w:w="1725"/>
        <w:gridCol w:w="7337"/>
      </w:tblGrid>
      <w:tr w:rsidR="00D40C2D" w:rsidRPr="00133DD4" w14:paraId="445D7880" w14:textId="77777777" w:rsidTr="00C83DF7">
        <w:trPr>
          <w:jc w:val="center"/>
        </w:trPr>
        <w:tc>
          <w:tcPr>
            <w:tcW w:w="9062" w:type="dxa"/>
            <w:gridSpan w:val="2"/>
            <w:shd w:val="clear" w:color="auto" w:fill="DBE5F1" w:themeFill="accent1" w:themeFillTint="33"/>
            <w:vAlign w:val="center"/>
          </w:tcPr>
          <w:p w14:paraId="4D0B44DC" w14:textId="77777777" w:rsidR="00D40C2D" w:rsidRPr="00133DD4" w:rsidRDefault="00D40C2D" w:rsidP="00C83DF7">
            <w:pPr>
              <w:rPr>
                <w:rFonts w:ascii="Segoe UI Symbol" w:hAnsi="Segoe UI Symbol" w:cs="Segoe UI Symbol"/>
                <w:sz w:val="20"/>
                <w:szCs w:val="20"/>
                <w:lang w:val="tr-TR"/>
              </w:rPr>
            </w:pPr>
            <w:r w:rsidRPr="00133DD4">
              <w:rPr>
                <w:b/>
                <w:sz w:val="20"/>
                <w:szCs w:val="20"/>
                <w:lang w:val="tr-TR"/>
              </w:rPr>
              <w:t>Başvuru Sahibinin</w:t>
            </w:r>
          </w:p>
        </w:tc>
      </w:tr>
      <w:tr w:rsidR="00D40C2D" w:rsidRPr="00133DD4" w14:paraId="5876BC85" w14:textId="77777777" w:rsidTr="00C83DF7">
        <w:trPr>
          <w:jc w:val="center"/>
        </w:trPr>
        <w:tc>
          <w:tcPr>
            <w:tcW w:w="1725" w:type="dxa"/>
            <w:vAlign w:val="center"/>
          </w:tcPr>
          <w:p w14:paraId="50E49267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b/>
                <w:sz w:val="20"/>
                <w:szCs w:val="20"/>
                <w:lang w:val="tr-TR"/>
              </w:rPr>
              <w:t>Adı-soyadı</w:t>
            </w:r>
          </w:p>
        </w:tc>
        <w:tc>
          <w:tcPr>
            <w:tcW w:w="7337" w:type="dxa"/>
            <w:vAlign w:val="center"/>
          </w:tcPr>
          <w:p w14:paraId="6BD15354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  <w:tr w:rsidR="00D40C2D" w:rsidRPr="00133DD4" w14:paraId="0CE016D8" w14:textId="77777777" w:rsidTr="00C83DF7">
        <w:trPr>
          <w:jc w:val="center"/>
        </w:trPr>
        <w:tc>
          <w:tcPr>
            <w:tcW w:w="1725" w:type="dxa"/>
            <w:vAlign w:val="center"/>
          </w:tcPr>
          <w:p w14:paraId="5E2B0FA9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  <w:r w:rsidRPr="00133DD4">
              <w:rPr>
                <w:b/>
                <w:sz w:val="20"/>
                <w:szCs w:val="20"/>
                <w:lang w:val="tr-TR"/>
              </w:rPr>
              <w:t>Tarih</w:t>
            </w:r>
          </w:p>
        </w:tc>
        <w:tc>
          <w:tcPr>
            <w:tcW w:w="7337" w:type="dxa"/>
            <w:vAlign w:val="center"/>
          </w:tcPr>
          <w:p w14:paraId="35049BF7" w14:textId="77777777" w:rsidR="00D40C2D" w:rsidRPr="00133DD4" w:rsidRDefault="00D40C2D" w:rsidP="00C83DF7">
            <w:pPr>
              <w:rPr>
                <w:rFonts w:ascii="Segoe UI Symbol" w:hAnsi="Segoe UI Symbol" w:cs="Segoe UI Symbol"/>
                <w:sz w:val="20"/>
                <w:szCs w:val="20"/>
                <w:lang w:val="tr-TR"/>
              </w:rPr>
            </w:pPr>
          </w:p>
        </w:tc>
      </w:tr>
      <w:tr w:rsidR="00D40C2D" w:rsidRPr="00133DD4" w14:paraId="11434FA7" w14:textId="77777777" w:rsidTr="00C83DF7">
        <w:trPr>
          <w:jc w:val="center"/>
        </w:trPr>
        <w:tc>
          <w:tcPr>
            <w:tcW w:w="1725" w:type="dxa"/>
            <w:vAlign w:val="center"/>
          </w:tcPr>
          <w:p w14:paraId="0BD91438" w14:textId="77777777" w:rsidR="00D40C2D" w:rsidRPr="00133DD4" w:rsidRDefault="00D40C2D" w:rsidP="00C83DF7">
            <w:pPr>
              <w:rPr>
                <w:b/>
                <w:sz w:val="20"/>
                <w:szCs w:val="20"/>
                <w:lang w:val="tr-TR"/>
              </w:rPr>
            </w:pPr>
            <w:r w:rsidRPr="00133DD4">
              <w:rPr>
                <w:b/>
                <w:sz w:val="20"/>
                <w:szCs w:val="20"/>
                <w:lang w:val="tr-TR"/>
              </w:rPr>
              <w:t>İmza</w:t>
            </w:r>
          </w:p>
        </w:tc>
        <w:tc>
          <w:tcPr>
            <w:tcW w:w="7337" w:type="dxa"/>
            <w:vAlign w:val="center"/>
          </w:tcPr>
          <w:p w14:paraId="21E96137" w14:textId="77777777" w:rsidR="00D40C2D" w:rsidRPr="00133DD4" w:rsidRDefault="00D40C2D" w:rsidP="00C83DF7">
            <w:pPr>
              <w:rPr>
                <w:sz w:val="20"/>
                <w:szCs w:val="20"/>
                <w:lang w:val="tr-TR"/>
              </w:rPr>
            </w:pPr>
          </w:p>
        </w:tc>
      </w:tr>
    </w:tbl>
    <w:p w14:paraId="5E5376E2" w14:textId="77777777" w:rsidR="00D40C2D" w:rsidRPr="00133DD4" w:rsidRDefault="00D40C2D" w:rsidP="00D40C2D">
      <w:pPr>
        <w:jc w:val="center"/>
        <w:rPr>
          <w:rFonts w:cs="Arial"/>
          <w:b/>
          <w:bCs/>
          <w:lang w:val="tr-TR"/>
        </w:rPr>
      </w:pPr>
    </w:p>
    <w:p w14:paraId="4304A54D" w14:textId="77777777" w:rsidR="00D40C2D" w:rsidRPr="00133DD4" w:rsidRDefault="00D40C2D" w:rsidP="00D40C2D">
      <w:pPr>
        <w:jc w:val="center"/>
        <w:rPr>
          <w:rFonts w:cs="Arial"/>
          <w:b/>
          <w:bCs/>
          <w:lang w:val="tr-TR"/>
        </w:rPr>
      </w:pPr>
      <w:r w:rsidRPr="00133DD4">
        <w:rPr>
          <w:rFonts w:cs="Arial"/>
          <w:b/>
          <w:bCs/>
          <w:lang w:val="tr-TR"/>
        </w:rPr>
        <w:t>KURUL DEĞERLENDİRMESİ VE KARARI</w:t>
      </w:r>
    </w:p>
    <w:p w14:paraId="244655B6" w14:textId="77777777" w:rsidR="00D40C2D" w:rsidRPr="00133DD4" w:rsidRDefault="00D40C2D" w:rsidP="00D40C2D">
      <w:pPr>
        <w:rPr>
          <w:rFonts w:cs="Arial"/>
          <w:b/>
          <w:bCs/>
          <w:sz w:val="20"/>
          <w:szCs w:val="20"/>
          <w:lang w:val="tr-TR"/>
        </w:rPr>
      </w:pPr>
      <w:r w:rsidRPr="00133DD4">
        <w:rPr>
          <w:rFonts w:cs="Arial"/>
          <w:b/>
          <w:bCs/>
          <w:sz w:val="20"/>
          <w:szCs w:val="20"/>
          <w:lang w:val="tr-TR"/>
        </w:rPr>
        <w:t xml:space="preserve">Kurul </w:t>
      </w:r>
      <w:proofErr w:type="gramStart"/>
      <w:r w:rsidRPr="00133DD4">
        <w:rPr>
          <w:rFonts w:cs="Arial"/>
          <w:b/>
          <w:bCs/>
          <w:sz w:val="20"/>
          <w:szCs w:val="20"/>
          <w:lang w:val="tr-TR"/>
        </w:rPr>
        <w:t xml:space="preserve">değerlendirmesi:   </w:t>
      </w:r>
      <w:proofErr w:type="gramEnd"/>
      <w:r w:rsidRPr="00133DD4">
        <w:rPr>
          <w:rFonts w:cs="Arial"/>
          <w:b/>
          <w:bCs/>
          <w:sz w:val="20"/>
          <w:szCs w:val="20"/>
          <w:lang w:val="tr-TR"/>
        </w:rPr>
        <w:t xml:space="preserve">         </w:t>
      </w:r>
      <w:r w:rsidRPr="00133DD4">
        <w:rPr>
          <w:rFonts w:ascii="Segoe UI Symbol" w:hAnsi="Segoe UI Symbol" w:cs="Segoe UI Symbol"/>
          <w:b/>
          <w:bCs/>
          <w:sz w:val="20"/>
          <w:szCs w:val="20"/>
          <w:lang w:val="tr-TR"/>
        </w:rPr>
        <w:t>☐</w:t>
      </w:r>
      <w:r w:rsidRPr="00133DD4">
        <w:rPr>
          <w:rFonts w:cs="Arial"/>
          <w:b/>
          <w:bCs/>
          <w:sz w:val="20"/>
          <w:szCs w:val="20"/>
          <w:lang w:val="tr-TR"/>
        </w:rPr>
        <w:t xml:space="preserve"> Uygundur</w:t>
      </w:r>
      <w:r w:rsidRPr="00133DD4">
        <w:rPr>
          <w:rFonts w:cs="Arial"/>
          <w:b/>
          <w:bCs/>
          <w:sz w:val="20"/>
          <w:szCs w:val="20"/>
          <w:lang w:val="tr-TR"/>
        </w:rPr>
        <w:t> </w:t>
      </w:r>
      <w:r w:rsidRPr="00133DD4">
        <w:rPr>
          <w:rFonts w:cs="Arial"/>
          <w:b/>
          <w:bCs/>
          <w:sz w:val="20"/>
          <w:szCs w:val="20"/>
          <w:lang w:val="tr-TR"/>
        </w:rPr>
        <w:t> </w:t>
      </w:r>
      <w:r w:rsidRPr="00133DD4">
        <w:rPr>
          <w:rFonts w:ascii="Segoe UI Symbol" w:hAnsi="Segoe UI Symbol" w:cs="Segoe UI Symbol"/>
          <w:b/>
          <w:bCs/>
          <w:sz w:val="20"/>
          <w:szCs w:val="20"/>
          <w:lang w:val="tr-TR"/>
        </w:rPr>
        <w:t>☐</w:t>
      </w:r>
      <w:r w:rsidRPr="00133DD4">
        <w:rPr>
          <w:rFonts w:cs="Arial"/>
          <w:b/>
          <w:bCs/>
          <w:sz w:val="20"/>
          <w:szCs w:val="20"/>
          <w:lang w:val="tr-TR"/>
        </w:rPr>
        <w:t xml:space="preserve"> D</w:t>
      </w:r>
      <w:r w:rsidRPr="00133DD4">
        <w:rPr>
          <w:b/>
          <w:bCs/>
          <w:sz w:val="20"/>
          <w:szCs w:val="20"/>
          <w:lang w:val="tr-TR"/>
        </w:rPr>
        <w:t>ü</w:t>
      </w:r>
      <w:r w:rsidRPr="00133DD4">
        <w:rPr>
          <w:rFonts w:cs="Arial"/>
          <w:b/>
          <w:bCs/>
          <w:sz w:val="20"/>
          <w:szCs w:val="20"/>
          <w:lang w:val="tr-TR"/>
        </w:rPr>
        <w:t>zeltme gereklidir</w:t>
      </w:r>
      <w:r w:rsidRPr="00133DD4">
        <w:rPr>
          <w:rFonts w:cs="Arial"/>
          <w:b/>
          <w:bCs/>
          <w:sz w:val="20"/>
          <w:szCs w:val="20"/>
          <w:lang w:val="tr-TR"/>
        </w:rPr>
        <w:t> </w:t>
      </w:r>
      <w:r w:rsidRPr="00133DD4">
        <w:rPr>
          <w:rFonts w:cs="Arial"/>
          <w:b/>
          <w:bCs/>
          <w:sz w:val="20"/>
          <w:szCs w:val="20"/>
          <w:lang w:val="tr-TR"/>
        </w:rPr>
        <w:t> </w:t>
      </w:r>
      <w:r w:rsidRPr="00133DD4">
        <w:rPr>
          <w:rFonts w:ascii="Segoe UI Symbol" w:hAnsi="Segoe UI Symbol" w:cs="Segoe UI Symbol"/>
          <w:b/>
          <w:bCs/>
          <w:sz w:val="20"/>
          <w:szCs w:val="20"/>
          <w:lang w:val="tr-TR"/>
        </w:rPr>
        <w:t>☐</w:t>
      </w:r>
      <w:r w:rsidRPr="00133DD4">
        <w:rPr>
          <w:rFonts w:cs="Arial"/>
          <w:b/>
          <w:bCs/>
          <w:sz w:val="20"/>
          <w:szCs w:val="20"/>
          <w:lang w:val="tr-TR"/>
        </w:rPr>
        <w:t xml:space="preserve"> Uygun de</w:t>
      </w:r>
      <w:r w:rsidRPr="00133DD4">
        <w:rPr>
          <w:b/>
          <w:bCs/>
          <w:sz w:val="20"/>
          <w:szCs w:val="20"/>
          <w:lang w:val="tr-TR"/>
        </w:rPr>
        <w:t>ğ</w:t>
      </w:r>
      <w:r w:rsidRPr="00133DD4">
        <w:rPr>
          <w:rFonts w:cs="Arial"/>
          <w:b/>
          <w:bCs/>
          <w:sz w:val="20"/>
          <w:szCs w:val="20"/>
          <w:lang w:val="tr-TR"/>
        </w:rPr>
        <w:t>ildir</w:t>
      </w:r>
    </w:p>
    <w:p w14:paraId="3952FFAF" w14:textId="77777777" w:rsidR="00D40C2D" w:rsidRPr="00133DD4" w:rsidRDefault="00D40C2D" w:rsidP="00D40C2D">
      <w:pPr>
        <w:rPr>
          <w:rFonts w:cs="Arial"/>
          <w:b/>
          <w:bCs/>
          <w:sz w:val="20"/>
          <w:szCs w:val="20"/>
          <w:lang w:val="tr-TR"/>
        </w:rPr>
      </w:pPr>
      <w:r w:rsidRPr="00133DD4">
        <w:rPr>
          <w:rFonts w:cs="Arial"/>
          <w:b/>
          <w:bCs/>
          <w:sz w:val="20"/>
          <w:szCs w:val="20"/>
          <w:lang w:val="tr-TR"/>
        </w:rPr>
        <w:t>Açıklama / Karar: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D40C2D" w:rsidRPr="00133DD4" w14:paraId="72EC5C71" w14:textId="77777777" w:rsidTr="00C83DF7">
        <w:trPr>
          <w:jc w:val="center"/>
        </w:trPr>
        <w:tc>
          <w:tcPr>
            <w:tcW w:w="3288" w:type="dxa"/>
            <w:shd w:val="clear" w:color="auto" w:fill="D9E2F3"/>
            <w:vAlign w:val="center"/>
          </w:tcPr>
          <w:p w14:paraId="4027AAE0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sz w:val="20"/>
                <w:szCs w:val="20"/>
                <w:lang w:val="tr-TR"/>
              </w:rPr>
              <w:t>Koordinatör</w:t>
            </w:r>
          </w:p>
        </w:tc>
        <w:tc>
          <w:tcPr>
            <w:tcW w:w="3288" w:type="dxa"/>
            <w:shd w:val="clear" w:color="auto" w:fill="D9E2F3"/>
            <w:vAlign w:val="center"/>
          </w:tcPr>
          <w:p w14:paraId="4CD32618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sz w:val="20"/>
                <w:szCs w:val="20"/>
                <w:lang w:val="tr-TR"/>
              </w:rPr>
              <w:t>Kurul Üyesi</w:t>
            </w:r>
          </w:p>
        </w:tc>
        <w:tc>
          <w:tcPr>
            <w:tcW w:w="3288" w:type="dxa"/>
            <w:shd w:val="clear" w:color="auto" w:fill="D9E2F3"/>
            <w:vAlign w:val="center"/>
          </w:tcPr>
          <w:p w14:paraId="5B6954F0" w14:textId="77777777" w:rsidR="00D40C2D" w:rsidRPr="00133DD4" w:rsidRDefault="00D40C2D" w:rsidP="00C83DF7">
            <w:pPr>
              <w:rPr>
                <w:rFonts w:cs="Arial"/>
                <w:sz w:val="20"/>
                <w:szCs w:val="20"/>
                <w:lang w:val="tr-TR"/>
              </w:rPr>
            </w:pPr>
            <w:r w:rsidRPr="00133DD4">
              <w:rPr>
                <w:rFonts w:cs="Arial"/>
                <w:b/>
                <w:bCs/>
                <w:sz w:val="20"/>
                <w:szCs w:val="20"/>
                <w:lang w:val="tr-TR"/>
              </w:rPr>
              <w:t>Kurul Üyesi</w:t>
            </w:r>
          </w:p>
        </w:tc>
      </w:tr>
      <w:tr w:rsidR="00D40C2D" w:rsidRPr="00133DD4" w14:paraId="54581DB4" w14:textId="77777777" w:rsidTr="00C83DF7">
        <w:trPr>
          <w:jc w:val="center"/>
        </w:trPr>
        <w:tc>
          <w:tcPr>
            <w:tcW w:w="3288" w:type="dxa"/>
            <w:vAlign w:val="center"/>
          </w:tcPr>
          <w:p w14:paraId="70A35269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Adı- Soyadı</w:t>
            </w:r>
          </w:p>
        </w:tc>
        <w:tc>
          <w:tcPr>
            <w:tcW w:w="3288" w:type="dxa"/>
            <w:vAlign w:val="center"/>
          </w:tcPr>
          <w:p w14:paraId="449D6D9F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Adı-Soyadı</w:t>
            </w:r>
          </w:p>
        </w:tc>
        <w:tc>
          <w:tcPr>
            <w:tcW w:w="3288" w:type="dxa"/>
            <w:vAlign w:val="center"/>
          </w:tcPr>
          <w:p w14:paraId="668340C1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Adı Soyadı</w:t>
            </w:r>
          </w:p>
        </w:tc>
      </w:tr>
      <w:tr w:rsidR="00D40C2D" w:rsidRPr="00133DD4" w14:paraId="344106E0" w14:textId="77777777" w:rsidTr="00C83DF7">
        <w:trPr>
          <w:jc w:val="center"/>
        </w:trPr>
        <w:tc>
          <w:tcPr>
            <w:tcW w:w="3288" w:type="dxa"/>
            <w:vAlign w:val="center"/>
          </w:tcPr>
          <w:p w14:paraId="53786A51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Tarih</w:t>
            </w:r>
          </w:p>
        </w:tc>
        <w:tc>
          <w:tcPr>
            <w:tcW w:w="3288" w:type="dxa"/>
            <w:vAlign w:val="center"/>
          </w:tcPr>
          <w:p w14:paraId="4D937CCB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Tarih</w:t>
            </w:r>
          </w:p>
        </w:tc>
        <w:tc>
          <w:tcPr>
            <w:tcW w:w="3288" w:type="dxa"/>
            <w:vAlign w:val="center"/>
          </w:tcPr>
          <w:p w14:paraId="2E2749A5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Tarih</w:t>
            </w:r>
          </w:p>
        </w:tc>
      </w:tr>
      <w:tr w:rsidR="00D40C2D" w:rsidRPr="00133DD4" w14:paraId="0748F0CB" w14:textId="77777777" w:rsidTr="00C83DF7">
        <w:trPr>
          <w:trHeight w:val="300"/>
          <w:jc w:val="center"/>
        </w:trPr>
        <w:tc>
          <w:tcPr>
            <w:tcW w:w="3068" w:type="dxa"/>
            <w:vAlign w:val="center"/>
          </w:tcPr>
          <w:p w14:paraId="3DB1813D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İmza</w:t>
            </w:r>
          </w:p>
        </w:tc>
        <w:tc>
          <w:tcPr>
            <w:tcW w:w="2997" w:type="dxa"/>
            <w:vAlign w:val="center"/>
          </w:tcPr>
          <w:p w14:paraId="5DB7CE09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İmza</w:t>
            </w:r>
          </w:p>
        </w:tc>
        <w:tc>
          <w:tcPr>
            <w:tcW w:w="2997" w:type="dxa"/>
            <w:vAlign w:val="center"/>
          </w:tcPr>
          <w:p w14:paraId="6F68170B" w14:textId="77777777" w:rsidR="00D40C2D" w:rsidRPr="00133DD4" w:rsidRDefault="00D40C2D" w:rsidP="00C83DF7">
            <w:pPr>
              <w:rPr>
                <w:b/>
                <w:bCs/>
                <w:sz w:val="20"/>
                <w:szCs w:val="20"/>
                <w:lang w:val="tr-TR"/>
              </w:rPr>
            </w:pPr>
            <w:r w:rsidRPr="00133DD4">
              <w:rPr>
                <w:b/>
                <w:bCs/>
                <w:sz w:val="20"/>
                <w:szCs w:val="20"/>
                <w:lang w:val="tr-TR"/>
              </w:rPr>
              <w:t>İmza</w:t>
            </w:r>
          </w:p>
        </w:tc>
      </w:tr>
    </w:tbl>
    <w:p w14:paraId="144A4F86" w14:textId="77777777" w:rsidR="00D40C2D" w:rsidRPr="00133DD4" w:rsidRDefault="00D40C2D" w:rsidP="00D40C2D">
      <w:pPr>
        <w:spacing w:after="20"/>
        <w:rPr>
          <w:rFonts w:cs="Arial"/>
          <w:sz w:val="20"/>
          <w:szCs w:val="20"/>
          <w:lang w:val="tr-TR"/>
        </w:rPr>
      </w:pPr>
    </w:p>
    <w:p w14:paraId="72C4AC28" w14:textId="77777777" w:rsidR="00174EB3" w:rsidRPr="00133DD4" w:rsidRDefault="00174EB3" w:rsidP="00E43FB8">
      <w:pPr>
        <w:rPr>
          <w:lang w:val="tr-TR"/>
        </w:rPr>
      </w:pPr>
    </w:p>
    <w:sectPr w:rsidR="00174EB3" w:rsidRPr="00133DD4" w:rsidSect="00034616">
      <w:headerReference w:type="default" r:id="rId11"/>
      <w:footerReference w:type="default" r:id="rId12"/>
      <w:pgSz w:w="12240" w:h="15840"/>
      <w:pgMar w:top="792" w:right="792" w:bottom="749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85D2" w14:textId="77777777" w:rsidR="00AC2DF4" w:rsidRDefault="00AC2DF4">
      <w:pPr>
        <w:spacing w:line="240" w:lineRule="auto"/>
      </w:pPr>
      <w:r>
        <w:separator/>
      </w:r>
    </w:p>
  </w:endnote>
  <w:endnote w:type="continuationSeparator" w:id="0">
    <w:p w14:paraId="074F17B0" w14:textId="77777777" w:rsidR="00AC2DF4" w:rsidRDefault="00AC2D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1"/>
    <w:family w:val="roman"/>
    <w:pitch w:val="variable"/>
  </w:font>
  <w:font w:name="AR PL SungtiL GB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A8A30" w14:textId="03E38AFC" w:rsidR="00FD44D9" w:rsidRDefault="00FD44D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B4EB" w14:textId="77777777" w:rsidR="00AC2DF4" w:rsidRDefault="00AC2DF4">
      <w:pPr>
        <w:spacing w:line="240" w:lineRule="auto"/>
      </w:pPr>
      <w:r>
        <w:separator/>
      </w:r>
    </w:p>
  </w:footnote>
  <w:footnote w:type="continuationSeparator" w:id="0">
    <w:p w14:paraId="20701E98" w14:textId="77777777" w:rsidR="00AC2DF4" w:rsidRDefault="00AC2D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Spec="center" w:tblpY="442"/>
      <w:tblOverlap w:val="never"/>
      <w:tblW w:w="11167" w:type="dxa"/>
      <w:tblInd w:w="0" w:type="dxa"/>
      <w:tblCellMar>
        <w:left w:w="70" w:type="dxa"/>
        <w:bottom w:w="40" w:type="dxa"/>
        <w:right w:w="73" w:type="dxa"/>
      </w:tblCellMar>
      <w:tblLook w:val="04A0" w:firstRow="1" w:lastRow="0" w:firstColumn="1" w:lastColumn="0" w:noHBand="0" w:noVBand="1"/>
    </w:tblPr>
    <w:tblGrid>
      <w:gridCol w:w="3581"/>
      <w:gridCol w:w="3917"/>
      <w:gridCol w:w="1701"/>
      <w:gridCol w:w="1968"/>
    </w:tblGrid>
    <w:tr w:rsidR="00445DD3" w:rsidRPr="003217FB" w14:paraId="0B015D37" w14:textId="77777777">
      <w:trPr>
        <w:trHeight w:val="13"/>
      </w:trPr>
      <w:tc>
        <w:tcPr>
          <w:tcW w:w="3581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28A3A2C7" w14:textId="77777777" w:rsidR="00445DD3" w:rsidRPr="003217FB" w:rsidRDefault="00445DD3" w:rsidP="00445DD3">
          <w:pPr>
            <w:ind w:right="19"/>
            <w:jc w:val="center"/>
            <w:rPr>
              <w:rFonts w:cs="Times New Roman"/>
              <w:color w:val="000000"/>
            </w:rPr>
          </w:pPr>
          <w:r w:rsidRPr="003217FB">
            <w:rPr>
              <w:noProof/>
              <w:color w:val="000000"/>
            </w:rPr>
            <w:drawing>
              <wp:inline distT="0" distB="0" distL="0" distR="0" wp14:anchorId="70016FAB" wp14:editId="0225D774">
                <wp:extent cx="2171065" cy="541566"/>
                <wp:effectExtent l="0" t="0" r="0" b="0"/>
                <wp:docPr id="898085506" name="Picture 121" descr="yazı tipi, grafik, ekran görüntüsü, grafik tasarım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8085506" name="Picture 121" descr="yazı tipi, grafik, ekran görüntüsü, grafik tasarım içeren bir resim&#10;&#10;Yapay zeka tarafından oluşturulmuş içerik yanlış olabilir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065" cy="541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17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28A869A9" w14:textId="47B0018E" w:rsidR="00445DD3" w:rsidRPr="003217FB" w:rsidRDefault="00445DD3" w:rsidP="00445DD3">
          <w:pPr>
            <w:ind w:right="87"/>
            <w:jc w:val="center"/>
            <w:rPr>
              <w:rFonts w:cs="Times New Roman"/>
              <w:color w:val="000000"/>
            </w:rPr>
          </w:pPr>
          <w:r w:rsidRPr="00445DD3">
            <w:rPr>
              <w:rFonts w:cs="Times New Roman"/>
              <w:b/>
              <w:color w:val="000000"/>
            </w:rPr>
            <w:t xml:space="preserve">MİKRO YETERLİLİK EĞİTİMİ BAŞVURU FORMU </w:t>
          </w:r>
        </w:p>
      </w:tc>
      <w:tc>
        <w:tcPr>
          <w:tcW w:w="170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14:paraId="5FEA492A" w14:textId="77777777" w:rsidR="00445DD3" w:rsidRPr="003217FB" w:rsidRDefault="00445DD3" w:rsidP="00445DD3">
          <w:pPr>
            <w:rPr>
              <w:rFonts w:cs="Times New Roman"/>
              <w:color w:val="000000"/>
              <w:sz w:val="20"/>
              <w:szCs w:val="20"/>
            </w:rPr>
          </w:pPr>
          <w:r w:rsidRPr="003217FB">
            <w:rPr>
              <w:rFonts w:cs="Times New Roman"/>
              <w:color w:val="000000"/>
              <w:sz w:val="20"/>
              <w:szCs w:val="20"/>
            </w:rPr>
            <w:t xml:space="preserve">Doküman No </w:t>
          </w:r>
        </w:p>
      </w:tc>
      <w:tc>
        <w:tcPr>
          <w:tcW w:w="1968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14:paraId="3A05C91E" w14:textId="2AFC43E3" w:rsidR="00445DD3" w:rsidRPr="003217FB" w:rsidRDefault="00522CF8" w:rsidP="00445DD3">
          <w:pPr>
            <w:ind w:left="1"/>
            <w:jc w:val="center"/>
            <w:rPr>
              <w:rFonts w:cs="Times New Roman"/>
              <w:color w:val="000000"/>
              <w:sz w:val="20"/>
              <w:szCs w:val="20"/>
            </w:rPr>
          </w:pPr>
          <w:r>
            <w:rPr>
              <w:rFonts w:cs="Times New Roman"/>
              <w:color w:val="000000"/>
              <w:sz w:val="20"/>
              <w:szCs w:val="20"/>
            </w:rPr>
            <w:t>MY.FR.001</w:t>
          </w:r>
        </w:p>
      </w:tc>
    </w:tr>
    <w:tr w:rsidR="00445DD3" w:rsidRPr="003217FB" w14:paraId="4720B4A2" w14:textId="77777777">
      <w:trPr>
        <w:trHeight w:val="13"/>
      </w:trPr>
      <w:tc>
        <w:tcPr>
          <w:tcW w:w="0" w:type="auto"/>
          <w:vMerge/>
          <w:tcBorders>
            <w:top w:val="nil"/>
            <w:left w:val="single" w:sz="12" w:space="0" w:color="000000"/>
            <w:bottom w:val="nil"/>
            <w:right w:val="single" w:sz="12" w:space="0" w:color="000000"/>
          </w:tcBorders>
        </w:tcPr>
        <w:p w14:paraId="4E61CE3D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3917" w:type="dxa"/>
          <w:vMerge/>
          <w:tcBorders>
            <w:top w:val="nil"/>
            <w:left w:val="single" w:sz="12" w:space="0" w:color="000000"/>
            <w:bottom w:val="nil"/>
            <w:right w:val="single" w:sz="12" w:space="0" w:color="000000"/>
          </w:tcBorders>
        </w:tcPr>
        <w:p w14:paraId="1931CA09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170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14:paraId="262086E0" w14:textId="77777777" w:rsidR="00445DD3" w:rsidRPr="003217FB" w:rsidRDefault="00445DD3" w:rsidP="00445DD3">
          <w:pPr>
            <w:rPr>
              <w:rFonts w:cs="Times New Roman"/>
              <w:color w:val="000000"/>
              <w:sz w:val="20"/>
              <w:szCs w:val="20"/>
            </w:rPr>
          </w:pPr>
          <w:r w:rsidRPr="003217FB">
            <w:rPr>
              <w:rFonts w:cs="Times New Roman"/>
              <w:color w:val="000000"/>
              <w:sz w:val="20"/>
              <w:szCs w:val="20"/>
            </w:rPr>
            <w:t xml:space="preserve">Yayın Tarihi </w:t>
          </w:r>
        </w:p>
      </w:tc>
      <w:tc>
        <w:tcPr>
          <w:tcW w:w="1968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14:paraId="48E2FD6A" w14:textId="66EA025F" w:rsidR="00445DD3" w:rsidRPr="003217FB" w:rsidRDefault="000157E5" w:rsidP="000157E5">
          <w:pPr>
            <w:ind w:right="1"/>
            <w:jc w:val="center"/>
            <w:rPr>
              <w:rFonts w:cs="Times New Roman"/>
              <w:color w:val="000000"/>
              <w:sz w:val="20"/>
              <w:szCs w:val="20"/>
            </w:rPr>
          </w:pPr>
          <w:r>
            <w:rPr>
              <w:rFonts w:cs="Times New Roman"/>
              <w:color w:val="000000"/>
              <w:sz w:val="20"/>
              <w:szCs w:val="20"/>
            </w:rPr>
            <w:t>Eylül</w:t>
          </w:r>
          <w:r w:rsidR="00445DD3">
            <w:rPr>
              <w:rFonts w:cs="Times New Roman"/>
              <w:color w:val="000000"/>
              <w:sz w:val="20"/>
              <w:szCs w:val="20"/>
            </w:rPr>
            <w:t xml:space="preserve"> 2026</w:t>
          </w:r>
        </w:p>
      </w:tc>
    </w:tr>
    <w:tr w:rsidR="00445DD3" w:rsidRPr="003217FB" w14:paraId="5CFDB550" w14:textId="77777777">
      <w:trPr>
        <w:trHeight w:val="13"/>
      </w:trPr>
      <w:tc>
        <w:tcPr>
          <w:tcW w:w="0" w:type="auto"/>
          <w:vMerge/>
          <w:tcBorders>
            <w:top w:val="nil"/>
            <w:left w:val="single" w:sz="12" w:space="0" w:color="000000"/>
            <w:bottom w:val="nil"/>
            <w:right w:val="single" w:sz="12" w:space="0" w:color="000000"/>
          </w:tcBorders>
        </w:tcPr>
        <w:p w14:paraId="4CBE7E9F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3917" w:type="dxa"/>
          <w:vMerge/>
          <w:tcBorders>
            <w:top w:val="nil"/>
            <w:left w:val="single" w:sz="12" w:space="0" w:color="000000"/>
            <w:bottom w:val="nil"/>
            <w:right w:val="single" w:sz="12" w:space="0" w:color="000000"/>
          </w:tcBorders>
        </w:tcPr>
        <w:p w14:paraId="430C7673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170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14:paraId="5028E7B4" w14:textId="77777777" w:rsidR="00445DD3" w:rsidRPr="003217FB" w:rsidRDefault="00445DD3" w:rsidP="00445DD3">
          <w:pPr>
            <w:rPr>
              <w:rFonts w:cs="Times New Roman"/>
              <w:color w:val="000000"/>
              <w:sz w:val="20"/>
              <w:szCs w:val="20"/>
            </w:rPr>
          </w:pPr>
          <w:r w:rsidRPr="003217FB">
            <w:rPr>
              <w:rFonts w:cs="Times New Roman"/>
              <w:color w:val="000000"/>
              <w:sz w:val="20"/>
              <w:szCs w:val="20"/>
            </w:rPr>
            <w:t xml:space="preserve">Revizyon No </w:t>
          </w:r>
        </w:p>
      </w:tc>
      <w:tc>
        <w:tcPr>
          <w:tcW w:w="1968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14:paraId="4C4DBAA2" w14:textId="77777777" w:rsidR="00445DD3" w:rsidRPr="003217FB" w:rsidRDefault="00445DD3" w:rsidP="00445DD3">
          <w:pPr>
            <w:ind w:left="1"/>
            <w:jc w:val="center"/>
            <w:rPr>
              <w:rFonts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cs="Times New Roman"/>
              <w:color w:val="000000"/>
              <w:sz w:val="20"/>
              <w:szCs w:val="20"/>
            </w:rPr>
            <w:t>Orj</w:t>
          </w:r>
          <w:proofErr w:type="spellEnd"/>
          <w:r>
            <w:rPr>
              <w:rFonts w:cs="Times New Roman"/>
              <w:color w:val="000000"/>
              <w:sz w:val="20"/>
              <w:szCs w:val="20"/>
            </w:rPr>
            <w:t>.</w:t>
          </w:r>
        </w:p>
      </w:tc>
    </w:tr>
    <w:tr w:rsidR="00445DD3" w:rsidRPr="003217FB" w14:paraId="0EBD9010" w14:textId="77777777">
      <w:trPr>
        <w:trHeight w:val="13"/>
      </w:trPr>
      <w:tc>
        <w:tcPr>
          <w:tcW w:w="0" w:type="auto"/>
          <w:vMerge/>
          <w:tcBorders>
            <w:top w:val="nil"/>
            <w:left w:val="single" w:sz="12" w:space="0" w:color="000000"/>
            <w:bottom w:val="nil"/>
            <w:right w:val="single" w:sz="12" w:space="0" w:color="000000"/>
          </w:tcBorders>
        </w:tcPr>
        <w:p w14:paraId="0C219D73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3917" w:type="dxa"/>
          <w:vMerge/>
          <w:tcBorders>
            <w:top w:val="nil"/>
            <w:left w:val="single" w:sz="12" w:space="0" w:color="000000"/>
            <w:bottom w:val="nil"/>
            <w:right w:val="single" w:sz="12" w:space="0" w:color="000000"/>
          </w:tcBorders>
        </w:tcPr>
        <w:p w14:paraId="00A20106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170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14:paraId="620DF827" w14:textId="77777777" w:rsidR="00445DD3" w:rsidRPr="003217FB" w:rsidRDefault="00445DD3" w:rsidP="00445DD3">
          <w:pPr>
            <w:rPr>
              <w:rFonts w:cs="Times New Roman"/>
              <w:color w:val="000000"/>
              <w:sz w:val="20"/>
              <w:szCs w:val="20"/>
            </w:rPr>
          </w:pPr>
          <w:r w:rsidRPr="003217FB">
            <w:rPr>
              <w:rFonts w:cs="Times New Roman"/>
              <w:color w:val="000000"/>
              <w:sz w:val="20"/>
              <w:szCs w:val="20"/>
            </w:rPr>
            <w:t xml:space="preserve">Revizyon Tarihi </w:t>
          </w:r>
        </w:p>
      </w:tc>
      <w:tc>
        <w:tcPr>
          <w:tcW w:w="1968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14:paraId="4CF5DA1E" w14:textId="77777777" w:rsidR="00445DD3" w:rsidRPr="003217FB" w:rsidRDefault="00445DD3" w:rsidP="00445DD3">
          <w:pPr>
            <w:ind w:left="46"/>
            <w:jc w:val="center"/>
            <w:rPr>
              <w:rFonts w:cs="Times New Roman"/>
              <w:color w:val="000000"/>
              <w:sz w:val="20"/>
              <w:szCs w:val="20"/>
            </w:rPr>
          </w:pPr>
        </w:p>
      </w:tc>
    </w:tr>
    <w:tr w:rsidR="00445DD3" w:rsidRPr="003217FB" w14:paraId="128AC056" w14:textId="77777777">
      <w:trPr>
        <w:trHeight w:val="13"/>
      </w:trPr>
      <w:tc>
        <w:tcPr>
          <w:tcW w:w="0" w:type="auto"/>
          <w:vMerge/>
          <w:tcBorders>
            <w:top w:val="nil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194C5D27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3917" w:type="dxa"/>
          <w:vMerge/>
          <w:tcBorders>
            <w:top w:val="nil"/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219E6282" w14:textId="77777777" w:rsidR="00445DD3" w:rsidRPr="003217FB" w:rsidRDefault="00445DD3" w:rsidP="00445DD3">
          <w:pPr>
            <w:rPr>
              <w:rFonts w:cs="Times New Roman"/>
              <w:color w:val="000000"/>
            </w:rPr>
          </w:pPr>
        </w:p>
      </w:tc>
      <w:tc>
        <w:tcPr>
          <w:tcW w:w="170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14:paraId="5435D7B0" w14:textId="77777777" w:rsidR="00445DD3" w:rsidRPr="003217FB" w:rsidRDefault="00445DD3" w:rsidP="00445DD3">
          <w:pPr>
            <w:rPr>
              <w:rFonts w:cs="Times New Roman"/>
              <w:color w:val="000000"/>
              <w:sz w:val="20"/>
              <w:szCs w:val="20"/>
            </w:rPr>
          </w:pPr>
          <w:r w:rsidRPr="003217FB">
            <w:rPr>
              <w:rFonts w:cs="Times New Roman"/>
              <w:color w:val="000000"/>
              <w:sz w:val="20"/>
              <w:szCs w:val="20"/>
            </w:rPr>
            <w:t xml:space="preserve">Sayfa No </w:t>
          </w:r>
        </w:p>
      </w:tc>
      <w:tc>
        <w:tcPr>
          <w:tcW w:w="1968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14:paraId="30A05933" w14:textId="77777777" w:rsidR="00445DD3" w:rsidRPr="003217FB" w:rsidRDefault="00445DD3" w:rsidP="00445DD3">
          <w:pPr>
            <w:ind w:right="1"/>
            <w:jc w:val="center"/>
            <w:rPr>
              <w:rFonts w:cs="Times New Roman"/>
              <w:color w:val="000000"/>
              <w:sz w:val="20"/>
              <w:szCs w:val="20"/>
            </w:rPr>
          </w:pPr>
          <w:r w:rsidRPr="003217FB">
            <w:rPr>
              <w:color w:val="000000"/>
              <w:sz w:val="20"/>
              <w:szCs w:val="20"/>
            </w:rPr>
            <w:fldChar w:fldCharType="begin"/>
          </w:r>
          <w:r w:rsidRPr="003217FB">
            <w:rPr>
              <w:rFonts w:cs="Times New Roman"/>
              <w:color w:val="000000"/>
              <w:sz w:val="20"/>
              <w:szCs w:val="20"/>
            </w:rPr>
            <w:instrText xml:space="preserve"> PAGE   \* MERGEFORMAT </w:instrText>
          </w:r>
          <w:r w:rsidRPr="003217FB">
            <w:rPr>
              <w:color w:val="000000"/>
              <w:sz w:val="20"/>
              <w:szCs w:val="20"/>
            </w:rPr>
            <w:fldChar w:fldCharType="separate"/>
          </w:r>
          <w:r w:rsidRPr="0082223C">
            <w:rPr>
              <w:rFonts w:cs="Times New Roman"/>
              <w:b/>
              <w:noProof/>
              <w:color w:val="000000"/>
              <w:sz w:val="20"/>
              <w:szCs w:val="20"/>
            </w:rPr>
            <w:t>3</w:t>
          </w:r>
          <w:r w:rsidRPr="003217FB">
            <w:rPr>
              <w:b/>
              <w:color w:val="000000"/>
              <w:sz w:val="20"/>
              <w:szCs w:val="20"/>
            </w:rPr>
            <w:fldChar w:fldCharType="end"/>
          </w:r>
          <w:r w:rsidRPr="003217FB">
            <w:rPr>
              <w:rFonts w:cs="Times New Roman"/>
              <w:color w:val="000000"/>
              <w:sz w:val="20"/>
              <w:szCs w:val="20"/>
            </w:rPr>
            <w:t xml:space="preserve"> / </w:t>
          </w:r>
          <w:r w:rsidRPr="003217FB">
            <w:rPr>
              <w:color w:val="000000"/>
              <w:sz w:val="20"/>
              <w:szCs w:val="20"/>
            </w:rPr>
            <w:fldChar w:fldCharType="begin"/>
          </w:r>
          <w:r w:rsidRPr="003217FB">
            <w:rPr>
              <w:rFonts w:cs="Times New Roman"/>
              <w:color w:val="000000"/>
              <w:sz w:val="20"/>
              <w:szCs w:val="20"/>
            </w:rPr>
            <w:instrText xml:space="preserve"> NUMPAGES   \* MERGEFORMAT </w:instrText>
          </w:r>
          <w:r w:rsidRPr="003217FB">
            <w:rPr>
              <w:color w:val="000000"/>
              <w:sz w:val="20"/>
              <w:szCs w:val="20"/>
            </w:rPr>
            <w:fldChar w:fldCharType="separate"/>
          </w:r>
          <w:r w:rsidRPr="0082223C">
            <w:rPr>
              <w:rFonts w:cs="Times New Roman"/>
              <w:b/>
              <w:noProof/>
              <w:color w:val="000000"/>
              <w:sz w:val="20"/>
              <w:szCs w:val="20"/>
            </w:rPr>
            <w:t>8</w:t>
          </w:r>
          <w:r w:rsidRPr="003217FB">
            <w:rPr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4903ABC2" w14:textId="77777777" w:rsidR="00445DD3" w:rsidRDefault="00445DD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4E6E02"/>
    <w:multiLevelType w:val="multilevel"/>
    <w:tmpl w:val="FFCA8B8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032875680">
    <w:abstractNumId w:val="2"/>
  </w:num>
  <w:num w:numId="2" w16cid:durableId="116141394">
    <w:abstractNumId w:val="3"/>
  </w:num>
  <w:num w:numId="3" w16cid:durableId="1283265927">
    <w:abstractNumId w:val="5"/>
  </w:num>
  <w:num w:numId="4" w16cid:durableId="1321082816">
    <w:abstractNumId w:val="4"/>
  </w:num>
  <w:num w:numId="5" w16cid:durableId="1369138058">
    <w:abstractNumId w:val="1"/>
  </w:num>
  <w:num w:numId="6" w16cid:durableId="1745687713">
    <w:abstractNumId w:val="0"/>
  </w:num>
  <w:num w:numId="7" w16cid:durableId="2057386200">
    <w:abstractNumId w:val="6"/>
  </w:num>
  <w:num w:numId="8" w16cid:durableId="2069068052">
    <w:abstractNumId w:val="7"/>
  </w:num>
  <w:num w:numId="9" w16cid:durableId="559243237">
    <w:abstractNumId w:val="8"/>
  </w:num>
  <w:num w:numId="10" w16cid:durableId="9487768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407"/>
    <w:rsid w:val="0000239A"/>
    <w:rsid w:val="000157E5"/>
    <w:rsid w:val="00015D66"/>
    <w:rsid w:val="00025EB3"/>
    <w:rsid w:val="00033A44"/>
    <w:rsid w:val="0003435C"/>
    <w:rsid w:val="00034616"/>
    <w:rsid w:val="000405CC"/>
    <w:rsid w:val="0004107C"/>
    <w:rsid w:val="000453A0"/>
    <w:rsid w:val="000544FA"/>
    <w:rsid w:val="000550CF"/>
    <w:rsid w:val="00055956"/>
    <w:rsid w:val="0006063C"/>
    <w:rsid w:val="00065FCB"/>
    <w:rsid w:val="0006736D"/>
    <w:rsid w:val="00072FBC"/>
    <w:rsid w:val="000739BB"/>
    <w:rsid w:val="00077090"/>
    <w:rsid w:val="0009383E"/>
    <w:rsid w:val="000A740E"/>
    <w:rsid w:val="000B239D"/>
    <w:rsid w:val="000B4634"/>
    <w:rsid w:val="000C0D90"/>
    <w:rsid w:val="000C79B1"/>
    <w:rsid w:val="000D14C3"/>
    <w:rsid w:val="000D1D8F"/>
    <w:rsid w:val="000E54F5"/>
    <w:rsid w:val="000E597B"/>
    <w:rsid w:val="000E6A43"/>
    <w:rsid w:val="0010685C"/>
    <w:rsid w:val="00120B7B"/>
    <w:rsid w:val="00133DD4"/>
    <w:rsid w:val="00134631"/>
    <w:rsid w:val="00147F70"/>
    <w:rsid w:val="0015074B"/>
    <w:rsid w:val="00160B14"/>
    <w:rsid w:val="00172A40"/>
    <w:rsid w:val="00174EB3"/>
    <w:rsid w:val="00177010"/>
    <w:rsid w:val="00177529"/>
    <w:rsid w:val="001801C0"/>
    <w:rsid w:val="00191EB5"/>
    <w:rsid w:val="00194528"/>
    <w:rsid w:val="00196AEF"/>
    <w:rsid w:val="001B2C61"/>
    <w:rsid w:val="001C1702"/>
    <w:rsid w:val="001E1E9C"/>
    <w:rsid w:val="00205216"/>
    <w:rsid w:val="00211DC0"/>
    <w:rsid w:val="0021249E"/>
    <w:rsid w:val="00216154"/>
    <w:rsid w:val="0021661D"/>
    <w:rsid w:val="002200C2"/>
    <w:rsid w:val="002202FB"/>
    <w:rsid w:val="002205FA"/>
    <w:rsid w:val="0024451E"/>
    <w:rsid w:val="00246D37"/>
    <w:rsid w:val="0025014F"/>
    <w:rsid w:val="0025525C"/>
    <w:rsid w:val="00271EA4"/>
    <w:rsid w:val="0027423B"/>
    <w:rsid w:val="00275BB8"/>
    <w:rsid w:val="00277C1F"/>
    <w:rsid w:val="00281DB4"/>
    <w:rsid w:val="00284BE6"/>
    <w:rsid w:val="002876D9"/>
    <w:rsid w:val="0029423F"/>
    <w:rsid w:val="00295CDC"/>
    <w:rsid w:val="0029639D"/>
    <w:rsid w:val="002A0FEC"/>
    <w:rsid w:val="002A1442"/>
    <w:rsid w:val="002A5EDC"/>
    <w:rsid w:val="002B49CA"/>
    <w:rsid w:val="002D47C3"/>
    <w:rsid w:val="0030174F"/>
    <w:rsid w:val="00302B68"/>
    <w:rsid w:val="0032409E"/>
    <w:rsid w:val="00326F90"/>
    <w:rsid w:val="00332E00"/>
    <w:rsid w:val="0033542B"/>
    <w:rsid w:val="0035285B"/>
    <w:rsid w:val="003628ED"/>
    <w:rsid w:val="00365DD8"/>
    <w:rsid w:val="00376518"/>
    <w:rsid w:val="003821A1"/>
    <w:rsid w:val="003911EB"/>
    <w:rsid w:val="003B0A3A"/>
    <w:rsid w:val="003C03BF"/>
    <w:rsid w:val="003C0F4E"/>
    <w:rsid w:val="003C1C26"/>
    <w:rsid w:val="003C4675"/>
    <w:rsid w:val="003C5ADE"/>
    <w:rsid w:val="003D119F"/>
    <w:rsid w:val="003E0A46"/>
    <w:rsid w:val="003F096D"/>
    <w:rsid w:val="00400917"/>
    <w:rsid w:val="00401658"/>
    <w:rsid w:val="00401C7A"/>
    <w:rsid w:val="00402967"/>
    <w:rsid w:val="0040426A"/>
    <w:rsid w:val="004115CE"/>
    <w:rsid w:val="004139BF"/>
    <w:rsid w:val="0042758C"/>
    <w:rsid w:val="00430821"/>
    <w:rsid w:val="00436A3D"/>
    <w:rsid w:val="0044036D"/>
    <w:rsid w:val="00445DD3"/>
    <w:rsid w:val="00462FAB"/>
    <w:rsid w:val="004674AB"/>
    <w:rsid w:val="004717C4"/>
    <w:rsid w:val="00474064"/>
    <w:rsid w:val="0048706C"/>
    <w:rsid w:val="00493354"/>
    <w:rsid w:val="00497E78"/>
    <w:rsid w:val="004A33C2"/>
    <w:rsid w:val="004B4183"/>
    <w:rsid w:val="004C2113"/>
    <w:rsid w:val="004C7167"/>
    <w:rsid w:val="004D424E"/>
    <w:rsid w:val="004D638F"/>
    <w:rsid w:val="004D7069"/>
    <w:rsid w:val="004E1250"/>
    <w:rsid w:val="004E3AB7"/>
    <w:rsid w:val="004F16AF"/>
    <w:rsid w:val="004F69D8"/>
    <w:rsid w:val="005046C4"/>
    <w:rsid w:val="00505610"/>
    <w:rsid w:val="00506DF0"/>
    <w:rsid w:val="00522CF8"/>
    <w:rsid w:val="00524993"/>
    <w:rsid w:val="00534178"/>
    <w:rsid w:val="00541147"/>
    <w:rsid w:val="00546AFD"/>
    <w:rsid w:val="00547B74"/>
    <w:rsid w:val="00565994"/>
    <w:rsid w:val="0057360A"/>
    <w:rsid w:val="00575E54"/>
    <w:rsid w:val="005914FE"/>
    <w:rsid w:val="005978BD"/>
    <w:rsid w:val="005A3BBA"/>
    <w:rsid w:val="005A56A0"/>
    <w:rsid w:val="005C3690"/>
    <w:rsid w:val="005C3D68"/>
    <w:rsid w:val="005F492E"/>
    <w:rsid w:val="005F52F9"/>
    <w:rsid w:val="0060768A"/>
    <w:rsid w:val="006208E3"/>
    <w:rsid w:val="00635976"/>
    <w:rsid w:val="00641229"/>
    <w:rsid w:val="0064432C"/>
    <w:rsid w:val="00647616"/>
    <w:rsid w:val="00672DD7"/>
    <w:rsid w:val="00675A33"/>
    <w:rsid w:val="00683B07"/>
    <w:rsid w:val="0068618C"/>
    <w:rsid w:val="00686549"/>
    <w:rsid w:val="00692198"/>
    <w:rsid w:val="00692295"/>
    <w:rsid w:val="00694DD4"/>
    <w:rsid w:val="006953B4"/>
    <w:rsid w:val="00695720"/>
    <w:rsid w:val="006A2193"/>
    <w:rsid w:val="006C199B"/>
    <w:rsid w:val="006D41DA"/>
    <w:rsid w:val="006D47F9"/>
    <w:rsid w:val="006E33CE"/>
    <w:rsid w:val="006E57A0"/>
    <w:rsid w:val="007059C0"/>
    <w:rsid w:val="0071428B"/>
    <w:rsid w:val="0072332F"/>
    <w:rsid w:val="00730575"/>
    <w:rsid w:val="00733475"/>
    <w:rsid w:val="00735FBB"/>
    <w:rsid w:val="00736957"/>
    <w:rsid w:val="0074718A"/>
    <w:rsid w:val="00747636"/>
    <w:rsid w:val="00751D5D"/>
    <w:rsid w:val="007544F1"/>
    <w:rsid w:val="00756A30"/>
    <w:rsid w:val="00763F6A"/>
    <w:rsid w:val="00772313"/>
    <w:rsid w:val="00772388"/>
    <w:rsid w:val="007746F7"/>
    <w:rsid w:val="00787232"/>
    <w:rsid w:val="007936F0"/>
    <w:rsid w:val="007A3028"/>
    <w:rsid w:val="007A3F86"/>
    <w:rsid w:val="007A4B82"/>
    <w:rsid w:val="007B23AE"/>
    <w:rsid w:val="007B68C7"/>
    <w:rsid w:val="007C281C"/>
    <w:rsid w:val="007D7465"/>
    <w:rsid w:val="007E0843"/>
    <w:rsid w:val="007E405A"/>
    <w:rsid w:val="007E7BE1"/>
    <w:rsid w:val="007F012C"/>
    <w:rsid w:val="007F066C"/>
    <w:rsid w:val="007F3336"/>
    <w:rsid w:val="00800579"/>
    <w:rsid w:val="008025CF"/>
    <w:rsid w:val="008155DF"/>
    <w:rsid w:val="008165AD"/>
    <w:rsid w:val="0083260B"/>
    <w:rsid w:val="00835214"/>
    <w:rsid w:val="008459F0"/>
    <w:rsid w:val="0085767C"/>
    <w:rsid w:val="00860B06"/>
    <w:rsid w:val="00863895"/>
    <w:rsid w:val="00863F37"/>
    <w:rsid w:val="00865BB5"/>
    <w:rsid w:val="00867DFE"/>
    <w:rsid w:val="0087206F"/>
    <w:rsid w:val="0088794E"/>
    <w:rsid w:val="0089286C"/>
    <w:rsid w:val="00892A7F"/>
    <w:rsid w:val="008A0B1C"/>
    <w:rsid w:val="008A44EE"/>
    <w:rsid w:val="008B19E6"/>
    <w:rsid w:val="008B4940"/>
    <w:rsid w:val="008B4DBC"/>
    <w:rsid w:val="008C043C"/>
    <w:rsid w:val="008C422D"/>
    <w:rsid w:val="008C5D86"/>
    <w:rsid w:val="008D23E5"/>
    <w:rsid w:val="008D381D"/>
    <w:rsid w:val="008D42DC"/>
    <w:rsid w:val="008D4D68"/>
    <w:rsid w:val="008E4A6B"/>
    <w:rsid w:val="008F3180"/>
    <w:rsid w:val="008F752A"/>
    <w:rsid w:val="00900C51"/>
    <w:rsid w:val="00901A59"/>
    <w:rsid w:val="00903A26"/>
    <w:rsid w:val="009042E3"/>
    <w:rsid w:val="0090676D"/>
    <w:rsid w:val="00907A0F"/>
    <w:rsid w:val="00911F7B"/>
    <w:rsid w:val="00923389"/>
    <w:rsid w:val="009336EA"/>
    <w:rsid w:val="00936562"/>
    <w:rsid w:val="009372E3"/>
    <w:rsid w:val="00937E40"/>
    <w:rsid w:val="009415B6"/>
    <w:rsid w:val="00942D9A"/>
    <w:rsid w:val="00947F7E"/>
    <w:rsid w:val="0095299A"/>
    <w:rsid w:val="00952BC8"/>
    <w:rsid w:val="009539CF"/>
    <w:rsid w:val="00957DE6"/>
    <w:rsid w:val="00961518"/>
    <w:rsid w:val="00963038"/>
    <w:rsid w:val="00963C9C"/>
    <w:rsid w:val="0096499A"/>
    <w:rsid w:val="009714B8"/>
    <w:rsid w:val="00971C68"/>
    <w:rsid w:val="00994B8A"/>
    <w:rsid w:val="00995965"/>
    <w:rsid w:val="009A1C0F"/>
    <w:rsid w:val="009C398B"/>
    <w:rsid w:val="009E0220"/>
    <w:rsid w:val="009E0BC8"/>
    <w:rsid w:val="009E27D5"/>
    <w:rsid w:val="009E37F8"/>
    <w:rsid w:val="009E4C44"/>
    <w:rsid w:val="00A00346"/>
    <w:rsid w:val="00A17B1C"/>
    <w:rsid w:val="00A20DA4"/>
    <w:rsid w:val="00A22907"/>
    <w:rsid w:val="00A237BD"/>
    <w:rsid w:val="00A37516"/>
    <w:rsid w:val="00A676E4"/>
    <w:rsid w:val="00A80A43"/>
    <w:rsid w:val="00A81125"/>
    <w:rsid w:val="00A84FD4"/>
    <w:rsid w:val="00A86B17"/>
    <w:rsid w:val="00A94A28"/>
    <w:rsid w:val="00A96227"/>
    <w:rsid w:val="00AA1D8D"/>
    <w:rsid w:val="00AA592D"/>
    <w:rsid w:val="00AB2350"/>
    <w:rsid w:val="00AC0328"/>
    <w:rsid w:val="00AC12D0"/>
    <w:rsid w:val="00AC2DF4"/>
    <w:rsid w:val="00AC4302"/>
    <w:rsid w:val="00AC458D"/>
    <w:rsid w:val="00AC5EFD"/>
    <w:rsid w:val="00AD0235"/>
    <w:rsid w:val="00AD1ACF"/>
    <w:rsid w:val="00AD4D3F"/>
    <w:rsid w:val="00AD62DF"/>
    <w:rsid w:val="00AE0650"/>
    <w:rsid w:val="00AE2368"/>
    <w:rsid w:val="00B03C6C"/>
    <w:rsid w:val="00B064BB"/>
    <w:rsid w:val="00B132BB"/>
    <w:rsid w:val="00B20BE0"/>
    <w:rsid w:val="00B22495"/>
    <w:rsid w:val="00B2776A"/>
    <w:rsid w:val="00B32BEF"/>
    <w:rsid w:val="00B47730"/>
    <w:rsid w:val="00B506C7"/>
    <w:rsid w:val="00B540CA"/>
    <w:rsid w:val="00B56512"/>
    <w:rsid w:val="00B6133A"/>
    <w:rsid w:val="00B613E8"/>
    <w:rsid w:val="00B911C7"/>
    <w:rsid w:val="00B9136A"/>
    <w:rsid w:val="00B93DD3"/>
    <w:rsid w:val="00BA749B"/>
    <w:rsid w:val="00BB45EB"/>
    <w:rsid w:val="00BB5109"/>
    <w:rsid w:val="00BB6CCA"/>
    <w:rsid w:val="00BB7E41"/>
    <w:rsid w:val="00BD477C"/>
    <w:rsid w:val="00BE157E"/>
    <w:rsid w:val="00BE6875"/>
    <w:rsid w:val="00BF20B3"/>
    <w:rsid w:val="00BF5294"/>
    <w:rsid w:val="00BF56DA"/>
    <w:rsid w:val="00C00A42"/>
    <w:rsid w:val="00C06167"/>
    <w:rsid w:val="00C13690"/>
    <w:rsid w:val="00C215E2"/>
    <w:rsid w:val="00C2296C"/>
    <w:rsid w:val="00C248F8"/>
    <w:rsid w:val="00C3137E"/>
    <w:rsid w:val="00C4044E"/>
    <w:rsid w:val="00C427EC"/>
    <w:rsid w:val="00C474BA"/>
    <w:rsid w:val="00C567B6"/>
    <w:rsid w:val="00C57C46"/>
    <w:rsid w:val="00C76224"/>
    <w:rsid w:val="00C77B1A"/>
    <w:rsid w:val="00C8341F"/>
    <w:rsid w:val="00C84106"/>
    <w:rsid w:val="00C84A9F"/>
    <w:rsid w:val="00C86CEF"/>
    <w:rsid w:val="00CA17A1"/>
    <w:rsid w:val="00CA19BB"/>
    <w:rsid w:val="00CA1D72"/>
    <w:rsid w:val="00CA6028"/>
    <w:rsid w:val="00CA65C4"/>
    <w:rsid w:val="00CB0664"/>
    <w:rsid w:val="00CB38D1"/>
    <w:rsid w:val="00CB6111"/>
    <w:rsid w:val="00CC26F1"/>
    <w:rsid w:val="00CD0557"/>
    <w:rsid w:val="00CE118A"/>
    <w:rsid w:val="00CE678F"/>
    <w:rsid w:val="00CE7550"/>
    <w:rsid w:val="00CF3D5E"/>
    <w:rsid w:val="00CF7743"/>
    <w:rsid w:val="00D0027C"/>
    <w:rsid w:val="00D153AD"/>
    <w:rsid w:val="00D26516"/>
    <w:rsid w:val="00D26D00"/>
    <w:rsid w:val="00D37288"/>
    <w:rsid w:val="00D40C2D"/>
    <w:rsid w:val="00D41D17"/>
    <w:rsid w:val="00D515D8"/>
    <w:rsid w:val="00D54A7F"/>
    <w:rsid w:val="00D66C0A"/>
    <w:rsid w:val="00D70D85"/>
    <w:rsid w:val="00D70DB7"/>
    <w:rsid w:val="00D832DF"/>
    <w:rsid w:val="00D857F7"/>
    <w:rsid w:val="00D85A36"/>
    <w:rsid w:val="00D9565C"/>
    <w:rsid w:val="00DA0B6F"/>
    <w:rsid w:val="00DB2224"/>
    <w:rsid w:val="00DC2C87"/>
    <w:rsid w:val="00DC52D2"/>
    <w:rsid w:val="00DC78F9"/>
    <w:rsid w:val="00DD7217"/>
    <w:rsid w:val="00DD7391"/>
    <w:rsid w:val="00DD795F"/>
    <w:rsid w:val="00DF10ED"/>
    <w:rsid w:val="00DF7334"/>
    <w:rsid w:val="00E05506"/>
    <w:rsid w:val="00E10A3F"/>
    <w:rsid w:val="00E1225A"/>
    <w:rsid w:val="00E1399E"/>
    <w:rsid w:val="00E2377E"/>
    <w:rsid w:val="00E31043"/>
    <w:rsid w:val="00E32A36"/>
    <w:rsid w:val="00E40990"/>
    <w:rsid w:val="00E43FB8"/>
    <w:rsid w:val="00E46951"/>
    <w:rsid w:val="00E544FA"/>
    <w:rsid w:val="00E72098"/>
    <w:rsid w:val="00E73073"/>
    <w:rsid w:val="00E75CB0"/>
    <w:rsid w:val="00E8128E"/>
    <w:rsid w:val="00E90964"/>
    <w:rsid w:val="00E94E7D"/>
    <w:rsid w:val="00EB2A9E"/>
    <w:rsid w:val="00ED0670"/>
    <w:rsid w:val="00ED0E00"/>
    <w:rsid w:val="00ED69A4"/>
    <w:rsid w:val="00ED78ED"/>
    <w:rsid w:val="00EF1992"/>
    <w:rsid w:val="00EF76BB"/>
    <w:rsid w:val="00F11558"/>
    <w:rsid w:val="00F14156"/>
    <w:rsid w:val="00F163EF"/>
    <w:rsid w:val="00F26439"/>
    <w:rsid w:val="00F315F5"/>
    <w:rsid w:val="00F32D47"/>
    <w:rsid w:val="00F41B8F"/>
    <w:rsid w:val="00F44E7A"/>
    <w:rsid w:val="00F551B2"/>
    <w:rsid w:val="00F551D1"/>
    <w:rsid w:val="00F65C1E"/>
    <w:rsid w:val="00F76844"/>
    <w:rsid w:val="00F92A55"/>
    <w:rsid w:val="00F96AD2"/>
    <w:rsid w:val="00FA1130"/>
    <w:rsid w:val="00FA1409"/>
    <w:rsid w:val="00FA3027"/>
    <w:rsid w:val="00FA7A1A"/>
    <w:rsid w:val="00FB2F54"/>
    <w:rsid w:val="00FC693F"/>
    <w:rsid w:val="00FC7280"/>
    <w:rsid w:val="00FD44D9"/>
    <w:rsid w:val="00FE3A6E"/>
    <w:rsid w:val="00FF375D"/>
    <w:rsid w:val="047192EC"/>
    <w:rsid w:val="09661A17"/>
    <w:rsid w:val="0E18A5F9"/>
    <w:rsid w:val="13F4B395"/>
    <w:rsid w:val="32239ABB"/>
    <w:rsid w:val="49AE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8B31F2"/>
  <w14:defaultImageDpi w14:val="300"/>
  <w15:docId w15:val="{B8A46845-8DB3-4442-94EF-4F8F67D7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D0557"/>
    <w:pPr>
      <w:spacing w:after="0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8B4DBC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1">
    <w:name w:val="Üst Bilgi Char1"/>
    <w:basedOn w:val="VarsaylanParagrafYazTipi"/>
    <w:link w:val="stBilgi"/>
    <w:uiPriority w:val="99"/>
    <w:rsid w:val="008B4DBC"/>
    <w:rPr>
      <w:rFonts w:ascii="Times New Roman" w:eastAsia="Times New Roman" w:hAnsi="Times New Roman"/>
      <w:sz w:val="21"/>
    </w:rPr>
  </w:style>
  <w:style w:type="paragraph" w:styleId="AltBilgi">
    <w:name w:val="footer"/>
    <w:basedOn w:val="Normal"/>
    <w:link w:val="AltBilgiChar1"/>
    <w:uiPriority w:val="99"/>
    <w:unhideWhenUsed/>
    <w:rsid w:val="008B4DBC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1">
    <w:name w:val="Alt Bilgi Char1"/>
    <w:basedOn w:val="VarsaylanParagrafYazTipi"/>
    <w:link w:val="AltBilgi"/>
    <w:uiPriority w:val="99"/>
    <w:rsid w:val="008B4DBC"/>
    <w:rPr>
      <w:rFonts w:ascii="Times New Roman" w:eastAsia="Times New Roman" w:hAnsi="Times New Roman"/>
      <w:sz w:val="21"/>
    </w:rPr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table" w:styleId="AkGlgeleme-Vurgu1">
    <w:name w:val="Light Shading Accent 1"/>
    <w:basedOn w:val="NormalTablo"/>
    <w:uiPriority w:val="60"/>
    <w:rsid w:val="00DD721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DD721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DD721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DD721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DD721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DD721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-Vurgu1">
    <w:name w:val="Light List Accent 1"/>
    <w:basedOn w:val="NormalTablo"/>
    <w:uiPriority w:val="61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table" w:styleId="AkListe-Vurgu2">
    <w:name w:val="Light List Accent 2"/>
    <w:basedOn w:val="NormalTablo"/>
    <w:uiPriority w:val="61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-Vurgu1">
    <w:name w:val="Light Grid Accent 1"/>
    <w:basedOn w:val="NormalTablo"/>
    <w:uiPriority w:val="62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table" w:styleId="AkKlavuz-Vurgu2">
    <w:name w:val="Light Grid Accent 2"/>
    <w:basedOn w:val="NormalTablo"/>
    <w:uiPriority w:val="62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-Vurgu1">
    <w:name w:val="Medium Shading 1 Accent 1"/>
    <w:basedOn w:val="NormalTablo"/>
    <w:uiPriority w:val="63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table" w:styleId="OrtaGlgeleme1-Vurgu6">
    <w:name w:val="Medium Shading 1 Accent 6"/>
    <w:basedOn w:val="NormalTablo"/>
    <w:uiPriority w:val="63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DD72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Glgeleme2-Vurgu2">
    <w:name w:val="Medium Shading 2 Accent 2"/>
    <w:basedOn w:val="NormalTablo"/>
    <w:uiPriority w:val="64"/>
    <w:rsid w:val="00DD72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DD72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DD72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DD72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DD721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-Vurgu1">
    <w:name w:val="Medium List 1 Accent 1"/>
    <w:basedOn w:val="NormalTablo"/>
    <w:uiPriority w:val="65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OrtaListe1-Vurgu2">
    <w:name w:val="Medium List 1 Accent 2"/>
    <w:basedOn w:val="NormalTablo"/>
    <w:uiPriority w:val="65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2-Vurgu1">
    <w:name w:val="Medium List 2 Accent 1"/>
    <w:basedOn w:val="NormalTablo"/>
    <w:uiPriority w:val="66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OrtaListe2-Vurgu2">
    <w:name w:val="Medium List 2 Accent 2"/>
    <w:basedOn w:val="NormalTablo"/>
    <w:uiPriority w:val="66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-Vurgu1">
    <w:name w:val="Medium Grid 1 Accent 1"/>
    <w:basedOn w:val="NormalTablo"/>
    <w:uiPriority w:val="67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1-Vurgu2">
    <w:name w:val="Medium Grid 1 Accent 2"/>
    <w:basedOn w:val="NormalTablo"/>
    <w:uiPriority w:val="67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-Vurgu1">
    <w:name w:val="Medium Grid 2 Accent 1"/>
    <w:basedOn w:val="NormalTablo"/>
    <w:uiPriority w:val="68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2-Vurgu2">
    <w:name w:val="Medium Grid 2 Accent 2"/>
    <w:basedOn w:val="NormalTablo"/>
    <w:uiPriority w:val="68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DD721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-Vurgu1">
    <w:name w:val="Medium Grid 3 Accent 1"/>
    <w:basedOn w:val="NormalTablo"/>
    <w:uiPriority w:val="69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Klavuz3-Vurgu2">
    <w:name w:val="Medium Grid 3 Accent 2"/>
    <w:basedOn w:val="NormalTablo"/>
    <w:uiPriority w:val="69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DD721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-Vurgu1">
    <w:name w:val="Dark List Accent 1"/>
    <w:basedOn w:val="NormalTablo"/>
    <w:uiPriority w:val="70"/>
    <w:rsid w:val="00DD721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oyuListe-Vurgu2">
    <w:name w:val="Dark List Accent 2"/>
    <w:basedOn w:val="NormalTablo"/>
    <w:uiPriority w:val="70"/>
    <w:rsid w:val="00DD721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DD721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DD721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DD721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DD721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-Vurgu1">
    <w:name w:val="Colorful Shading Accent 1"/>
    <w:basedOn w:val="NormalTablo"/>
    <w:uiPriority w:val="71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Glgeleme-Vurgu2">
    <w:name w:val="Colorful Shading Accent 2"/>
    <w:basedOn w:val="NormalTablo"/>
    <w:uiPriority w:val="71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-Vurgu1">
    <w:name w:val="Colorful List Accent 1"/>
    <w:basedOn w:val="NormalTablo"/>
    <w:uiPriority w:val="72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nkliListe-Vurgu2">
    <w:name w:val="Colorful List Accent 2"/>
    <w:basedOn w:val="NormalTablo"/>
    <w:uiPriority w:val="72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-Vurgu1">
    <w:name w:val="Colorful Grid Accent 1"/>
    <w:basedOn w:val="NormalTablo"/>
    <w:uiPriority w:val="73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nkliKlavuz-Vurgu2">
    <w:name w:val="Colorful Grid Accent 2"/>
    <w:basedOn w:val="NormalTablo"/>
    <w:uiPriority w:val="73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DD72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">
    <w:uiPriority w:val="73"/>
    <w:rsid w:val="00CD0557"/>
    <w:pPr>
      <w:spacing w:after="0" w:line="240" w:lineRule="auto"/>
    </w:pPr>
    <w:rPr>
      <w:color w:val="000000" w:themeColor="text1"/>
    </w:r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customStyle="1" w:styleId="TableContents">
    <w:name w:val="Table Contents"/>
    <w:basedOn w:val="Normal"/>
    <w:qFormat/>
    <w:rsid w:val="007A3F86"/>
    <w:pPr>
      <w:widowControl w:val="0"/>
      <w:suppressLineNumbers/>
      <w:suppressAutoHyphens/>
      <w:spacing w:line="240" w:lineRule="auto"/>
    </w:pPr>
    <w:rPr>
      <w:rFonts w:ascii="Liberation Serif" w:eastAsia="AR PL SungtiL GB" w:hAnsi="Liberation Serif" w:cs="Noto Sans Devanagari"/>
      <w:sz w:val="24"/>
      <w:szCs w:val="24"/>
      <w:lang w:eastAsia="zh-CN" w:bidi="hi-IN"/>
    </w:rPr>
  </w:style>
  <w:style w:type="character" w:customStyle="1" w:styleId="stBilgiChar">
    <w:name w:val="Üst Bilgi Char"/>
    <w:basedOn w:val="VarsaylanParagrafYazTipi"/>
    <w:uiPriority w:val="99"/>
    <w:rsid w:val="00F44E7A"/>
  </w:style>
  <w:style w:type="character" w:customStyle="1" w:styleId="AltBilgiChar">
    <w:name w:val="Alt Bilgi Char"/>
    <w:basedOn w:val="VarsaylanParagrafYazTipi"/>
    <w:uiPriority w:val="99"/>
    <w:rsid w:val="00F44E7A"/>
  </w:style>
  <w:style w:type="character" w:customStyle="1" w:styleId="Balk1Char">
    <w:name w:val="Başlık 1 Char"/>
    <w:basedOn w:val="VarsaylanParagrafYazTipi"/>
    <w:uiPriority w:val="9"/>
    <w:rsid w:val="00F44E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uiPriority w:val="9"/>
    <w:rsid w:val="00F44E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uiPriority w:val="9"/>
    <w:rsid w:val="00F44E7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nuBalChar">
    <w:name w:val="Konu Başlığı Char"/>
    <w:basedOn w:val="VarsaylanParagrafYazTipi"/>
    <w:uiPriority w:val="10"/>
    <w:rsid w:val="00F44E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ltyazChar">
    <w:name w:val="Altyazı Char"/>
    <w:basedOn w:val="VarsaylanParagrafYazTipi"/>
    <w:uiPriority w:val="11"/>
    <w:rsid w:val="00F44E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GvdeMetniChar">
    <w:name w:val="Gövde Metni Char"/>
    <w:basedOn w:val="VarsaylanParagrafYazTipi"/>
    <w:uiPriority w:val="99"/>
    <w:rsid w:val="00F44E7A"/>
  </w:style>
  <w:style w:type="character" w:customStyle="1" w:styleId="GvdeMetni2Char">
    <w:name w:val="Gövde Metni 2 Char"/>
    <w:basedOn w:val="VarsaylanParagrafYazTipi"/>
    <w:uiPriority w:val="99"/>
    <w:rsid w:val="00F44E7A"/>
  </w:style>
  <w:style w:type="character" w:customStyle="1" w:styleId="GvdeMetni3Char">
    <w:name w:val="Gövde Metni 3 Char"/>
    <w:basedOn w:val="VarsaylanParagrafYazTipi"/>
    <w:uiPriority w:val="99"/>
    <w:rsid w:val="00F44E7A"/>
    <w:rPr>
      <w:sz w:val="16"/>
      <w:szCs w:val="16"/>
    </w:rPr>
  </w:style>
  <w:style w:type="character" w:customStyle="1" w:styleId="MakroMetniChar">
    <w:name w:val="Makro Metni Char"/>
    <w:basedOn w:val="VarsaylanParagrafYazTipi"/>
    <w:uiPriority w:val="99"/>
    <w:rsid w:val="00F44E7A"/>
    <w:rPr>
      <w:rFonts w:ascii="Courier" w:hAnsi="Courier"/>
      <w:sz w:val="20"/>
      <w:szCs w:val="20"/>
    </w:rPr>
  </w:style>
  <w:style w:type="character" w:customStyle="1" w:styleId="AlntChar">
    <w:name w:val="Alıntı Char"/>
    <w:basedOn w:val="VarsaylanParagrafYazTipi"/>
    <w:uiPriority w:val="29"/>
    <w:rsid w:val="00F44E7A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uiPriority w:val="9"/>
    <w:semiHidden/>
    <w:rsid w:val="00F44E7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uiPriority w:val="9"/>
    <w:semiHidden/>
    <w:rsid w:val="00F44E7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uiPriority w:val="9"/>
    <w:semiHidden/>
    <w:rsid w:val="00F44E7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uiPriority w:val="9"/>
    <w:semiHidden/>
    <w:rsid w:val="00F44E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uiPriority w:val="9"/>
    <w:semiHidden/>
    <w:rsid w:val="00F44E7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uiPriority w:val="9"/>
    <w:semiHidden/>
    <w:rsid w:val="00F44E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GlAlntChar">
    <w:name w:val="Güçlü Alıntı Char"/>
    <w:basedOn w:val="VarsaylanParagrafYazTipi"/>
    <w:uiPriority w:val="30"/>
    <w:rsid w:val="00F44E7A"/>
    <w:rPr>
      <w:b/>
      <w:bCs/>
      <w:i/>
      <w:iCs/>
      <w:color w:val="4F81BD" w:themeColor="accent1"/>
    </w:rPr>
  </w:style>
  <w:style w:type="paragraph" w:styleId="GvdeMetni">
    <w:name w:val="Body Text"/>
    <w:basedOn w:val="Normal"/>
    <w:link w:val="GvdeMetniChar1"/>
    <w:rsid w:val="00911F7B"/>
    <w:pPr>
      <w:widowControl w:val="0"/>
      <w:suppressAutoHyphens/>
      <w:spacing w:after="140"/>
    </w:pPr>
    <w:rPr>
      <w:rFonts w:ascii="Liberation Serif" w:eastAsia="AR PL SungtiL GB" w:hAnsi="Liberation Serif" w:cs="Noto Sans Devanagari"/>
      <w:sz w:val="24"/>
      <w:szCs w:val="24"/>
      <w:lang w:eastAsia="zh-CN" w:bidi="hi-IN"/>
    </w:rPr>
  </w:style>
  <w:style w:type="character" w:customStyle="1" w:styleId="GvdeMetniChar1">
    <w:name w:val="Gövde Metni Char1"/>
    <w:basedOn w:val="VarsaylanParagrafYazTipi"/>
    <w:link w:val="GvdeMetni"/>
    <w:rsid w:val="00911F7B"/>
    <w:rPr>
      <w:rFonts w:ascii="Liberation Serif" w:eastAsia="AR PL SungtiL GB" w:hAnsi="Liberation Serif" w:cs="Noto Sans Devanagari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911F7B"/>
    <w:pPr>
      <w:jc w:val="center"/>
    </w:pPr>
    <w:rPr>
      <w:b/>
      <w:bCs/>
    </w:rPr>
  </w:style>
  <w:style w:type="table" w:customStyle="1" w:styleId="TableGrid">
    <w:name w:val="TableGrid"/>
    <w:rsid w:val="00445DD3"/>
    <w:pPr>
      <w:spacing w:after="0" w:line="240" w:lineRule="auto"/>
    </w:pPr>
    <w:rPr>
      <w:kern w:val="2"/>
      <w:sz w:val="24"/>
      <w:szCs w:val="24"/>
      <w:lang w:val="tr-TR"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5f8d37-97e0-4561-a7e8-fec0ef37a4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5F53903657FC7E4798E9147294C3DBEC" ma:contentTypeVersion="19" ma:contentTypeDescription="Yeni belge oluşturun." ma:contentTypeScope="" ma:versionID="a89a167681dbb39deeeb381d6a212af1">
  <xsd:schema xmlns:xsd="http://www.w3.org/2001/XMLSchema" xmlns:xs="http://www.w3.org/2001/XMLSchema" xmlns:p="http://schemas.microsoft.com/office/2006/metadata/properties" xmlns:ns3="0e5f8d37-97e0-4561-a7e8-fec0ef37a4ac" xmlns:ns4="6d6ac217-0117-498d-9046-bca5644f1640" targetNamespace="http://schemas.microsoft.com/office/2006/metadata/properties" ma:root="true" ma:fieldsID="bda1b1ac2c853c7c39dbbbf4a075cbaa" ns3:_="" ns4:_="">
    <xsd:import namespace="0e5f8d37-97e0-4561-a7e8-fec0ef37a4ac"/>
    <xsd:import namespace="6d6ac217-0117-498d-9046-bca5644f16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f8d37-97e0-4561-a7e8-fec0ef37a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ac217-0117-498d-9046-bca5644f1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5D6A2-D9A2-4596-A595-CF0C0A10E7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3C65D-DD3C-4FEC-B383-2BDBFC496D60}">
  <ds:schemaRefs>
    <ds:schemaRef ds:uri="http://schemas.microsoft.com/office/2006/metadata/properties"/>
    <ds:schemaRef ds:uri="http://schemas.microsoft.com/office/infopath/2007/PartnerControls"/>
    <ds:schemaRef ds:uri="0e5f8d37-97e0-4561-a7e8-fec0ef37a4ac"/>
  </ds:schemaRefs>
</ds:datastoreItem>
</file>

<file path=customXml/itemProps3.xml><?xml version="1.0" encoding="utf-8"?>
<ds:datastoreItem xmlns:ds="http://schemas.openxmlformats.org/officeDocument/2006/customXml" ds:itemID="{94D20146-A1A9-4A04-9AE8-2D8BFCAC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f8d37-97e0-4561-a7e8-fec0ef37a4ac"/>
    <ds:schemaRef ds:uri="6d6ac217-0117-498d-9046-bca5644f1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82E4E3-EB32-4FA4-9B16-B5D22AD4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585</Words>
  <Characters>3338</Characters>
  <Application>Microsoft Office Word</Application>
  <DocSecurity>0</DocSecurity>
  <Lines>27</Lines>
  <Paragraphs>7</Paragraphs>
  <ScaleCrop>false</ScaleCrop>
  <Manager/>
  <Company/>
  <LinksUpToDate>false</LinksUpToDate>
  <CharactersWithSpaces>3916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Emre Kale</cp:lastModifiedBy>
  <cp:revision>44</cp:revision>
  <dcterms:created xsi:type="dcterms:W3CDTF">2026-09-17T04:26:00Z</dcterms:created>
  <dcterms:modified xsi:type="dcterms:W3CDTF">2026-09-29T12:29:00Z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1dcbf149-b5f0-4781-8882-8da091abb22e</vt:lpwstr>
  </property>
  <property fmtid="{D5CDD505-2E9C-101B-9397-08002B2CF9AE}" pid="3" name="ContentTypeId">
    <vt:lpwstr>0x0101005F53903657FC7E4798E9147294C3DBEC</vt:lpwstr>
  </property>
</Properties>
</file>